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D70987" w14:textId="77777777" w:rsidR="00A70CC1" w:rsidRPr="00A70CC1" w:rsidRDefault="00A70CC1" w:rsidP="00A70CC1">
      <w:pPr>
        <w:spacing w:after="0"/>
        <w:ind w:left="3600" w:firstLine="720"/>
        <w:rPr>
          <w:b/>
          <w:sz w:val="28"/>
          <w:szCs w:val="28"/>
          <w:lang w:val="pl-PL"/>
        </w:rPr>
      </w:pPr>
      <w:r w:rsidRPr="00A70CC1">
        <w:rPr>
          <w:b/>
          <w:noProof/>
          <w:sz w:val="28"/>
          <w:szCs w:val="28"/>
          <w:lang w:val="pl-PL" w:eastAsia="pl-PL"/>
        </w:rPr>
        <w:drawing>
          <wp:anchor distT="0" distB="0" distL="114300" distR="114300" simplePos="0" relativeHeight="251658240" behindDoc="0" locked="0" layoutInCell="1" allowOverlap="1" wp14:anchorId="556D5722" wp14:editId="363AF584">
            <wp:simplePos x="0" y="0"/>
            <wp:positionH relativeFrom="column">
              <wp:posOffset>-136525</wp:posOffset>
            </wp:positionH>
            <wp:positionV relativeFrom="paragraph">
              <wp:posOffset>-87630</wp:posOffset>
            </wp:positionV>
            <wp:extent cx="2321767" cy="1104900"/>
            <wp:effectExtent l="0" t="0" r="0" b="0"/>
            <wp:wrapNone/>
            <wp:docPr id="588414984" name="Obraz 1" descr="The image features the logo of CENTRUM USￅﾁUG SPOￅﾁECZNYCH, a Polish organization, with a red and white design including a stylized floral pattern.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414984" name="Obraz 1" descr="The image features the logo of CENTRUM USￅﾁUG SPOￅﾁECZNYCH, a Polish organization, with a red and white design including a stylized floral pattern.&#10;&#10;Zawartość wygenerowana przez AI może być niepoprawna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21767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70CC1">
        <w:rPr>
          <w:b/>
          <w:sz w:val="28"/>
          <w:szCs w:val="28"/>
          <w:lang w:val="pl-PL"/>
        </w:rPr>
        <w:t>ANKIETA</w:t>
      </w:r>
    </w:p>
    <w:p w14:paraId="16F13956" w14:textId="77777777" w:rsidR="00A70CC1" w:rsidRDefault="004C3BAD" w:rsidP="00A70CC1">
      <w:pPr>
        <w:spacing w:after="0"/>
        <w:ind w:left="3600" w:firstLine="720"/>
        <w:rPr>
          <w:b/>
          <w:sz w:val="28"/>
          <w:szCs w:val="28"/>
          <w:lang w:val="pl-PL"/>
        </w:rPr>
      </w:pPr>
      <w:r w:rsidRPr="00A70CC1">
        <w:rPr>
          <w:b/>
          <w:sz w:val="28"/>
          <w:szCs w:val="28"/>
          <w:lang w:val="pl-PL"/>
        </w:rPr>
        <w:t>DIAGNOZUJĄCA POTRZEBY</w:t>
      </w:r>
    </w:p>
    <w:p w14:paraId="4145C361" w14:textId="77777777" w:rsidR="00A70CC1" w:rsidRDefault="004C3BAD" w:rsidP="00A70CC1">
      <w:pPr>
        <w:spacing w:after="0"/>
        <w:ind w:left="3600" w:firstLine="720"/>
        <w:rPr>
          <w:sz w:val="28"/>
          <w:szCs w:val="28"/>
          <w:lang w:val="pl-PL"/>
        </w:rPr>
      </w:pPr>
      <w:r w:rsidRPr="00A70CC1">
        <w:rPr>
          <w:b/>
          <w:sz w:val="28"/>
          <w:szCs w:val="28"/>
          <w:lang w:val="pl-PL"/>
        </w:rPr>
        <w:t>MIESZKAŃCÓW</w:t>
      </w:r>
    </w:p>
    <w:p w14:paraId="28402CB0" w14:textId="621E58E9" w:rsidR="007755EF" w:rsidRPr="00A70CC1" w:rsidRDefault="004C3BAD" w:rsidP="00A70CC1">
      <w:pPr>
        <w:ind w:left="3600" w:firstLine="720"/>
        <w:rPr>
          <w:sz w:val="28"/>
          <w:szCs w:val="28"/>
          <w:lang w:val="pl-PL"/>
        </w:rPr>
      </w:pPr>
      <w:r w:rsidRPr="00A70CC1">
        <w:rPr>
          <w:b/>
          <w:sz w:val="28"/>
          <w:szCs w:val="28"/>
          <w:lang w:val="pl-PL"/>
        </w:rPr>
        <w:t>Gminy Dobiegniew na lata 2027–2033</w:t>
      </w:r>
    </w:p>
    <w:p w14:paraId="40FF2C69" w14:textId="77777777" w:rsidR="007755EF" w:rsidRPr="007749B2" w:rsidRDefault="007755EF">
      <w:pPr>
        <w:rPr>
          <w:lang w:val="pl-PL"/>
        </w:rPr>
      </w:pPr>
    </w:p>
    <w:p w14:paraId="18579522" w14:textId="77777777" w:rsidR="007755EF" w:rsidRPr="007749B2" w:rsidRDefault="004C3BAD" w:rsidP="00A70CC1">
      <w:pPr>
        <w:rPr>
          <w:lang w:val="pl-PL"/>
        </w:rPr>
      </w:pPr>
      <w:r w:rsidRPr="007749B2">
        <w:rPr>
          <w:b/>
          <w:lang w:val="pl-PL"/>
        </w:rPr>
        <w:t>Szanowni Państwo,</w:t>
      </w:r>
    </w:p>
    <w:p w14:paraId="7300FCC9" w14:textId="77777777" w:rsidR="007755EF" w:rsidRPr="007749B2" w:rsidRDefault="004C3BAD">
      <w:pPr>
        <w:rPr>
          <w:lang w:val="pl-PL"/>
        </w:rPr>
      </w:pPr>
      <w:r w:rsidRPr="007749B2">
        <w:rPr>
          <w:lang w:val="pl-PL"/>
        </w:rPr>
        <w:t xml:space="preserve">Centrum Usług Społecznych w Dobiegniewie prowadzi badanie opinii mieszkańców na potrzeby opracowania Gminnej Strategii Rozwiązywania Problemów Społecznych </w:t>
      </w:r>
      <w:r w:rsidRPr="007749B2">
        <w:rPr>
          <w:lang w:val="pl-PL"/>
        </w:rPr>
        <w:t>Gminy Dobiegniew na lata 2027–2033. Chcemy poznać Państwa doświadczenia, potrzeby i propozycje dotyczące życia w naszej gminie.</w:t>
      </w:r>
    </w:p>
    <w:p w14:paraId="07EE9725" w14:textId="77777777" w:rsidR="007755EF" w:rsidRPr="007749B2" w:rsidRDefault="004C3BAD">
      <w:pPr>
        <w:rPr>
          <w:lang w:val="pl-PL"/>
        </w:rPr>
      </w:pPr>
      <w:r w:rsidRPr="007749B2">
        <w:rPr>
          <w:lang w:val="pl-PL"/>
        </w:rPr>
        <w:t>Ankieta jest anonimowa. Wyniki zostaną opracowane zbiorczo i wykorzystane w diagnozie sytuacji społecznej oraz przy określaniu n</w:t>
      </w:r>
      <w:r w:rsidRPr="007749B2">
        <w:rPr>
          <w:lang w:val="pl-PL"/>
        </w:rPr>
        <w:t>ajważniejszych kierunków działań Strategii.</w:t>
      </w:r>
    </w:p>
    <w:p w14:paraId="67291E1C" w14:textId="77777777" w:rsidR="007755EF" w:rsidRPr="007749B2" w:rsidRDefault="004C3BAD">
      <w:pPr>
        <w:rPr>
          <w:lang w:val="pl-PL"/>
        </w:rPr>
      </w:pPr>
      <w:r w:rsidRPr="007749B2">
        <w:rPr>
          <w:lang w:val="pl-PL"/>
        </w:rPr>
        <w:t>Prosimy o udzielenie odpowiedzi zgodnie z własną oceną. W pytaniach wielokrotnego wyboru można zaznaczyć więcej niż jedną odpowiedź.</w:t>
      </w:r>
    </w:p>
    <w:p w14:paraId="2F7516CD" w14:textId="77777777" w:rsidR="007755EF" w:rsidRPr="007749B2" w:rsidRDefault="004C3BAD">
      <w:pPr>
        <w:pStyle w:val="Nagwek1"/>
        <w:rPr>
          <w:color w:val="auto"/>
          <w:lang w:val="pl-PL"/>
        </w:rPr>
      </w:pPr>
      <w:r w:rsidRPr="007749B2">
        <w:rPr>
          <w:color w:val="auto"/>
          <w:lang w:val="pl-PL"/>
        </w:rPr>
        <w:t>A. INFORMACJE O MIEJSCU ZAMIESZKANIA I SYTUACJI RESPONDENTA</w:t>
      </w:r>
    </w:p>
    <w:p w14:paraId="39F88F43" w14:textId="2D35F5B2" w:rsidR="007755EF" w:rsidRPr="007749B2" w:rsidRDefault="004C3BAD">
      <w:pPr>
        <w:spacing w:before="140"/>
        <w:rPr>
          <w:lang w:val="pl-PL"/>
        </w:rPr>
      </w:pPr>
      <w:r w:rsidRPr="007749B2">
        <w:rPr>
          <w:b/>
          <w:lang w:val="pl-PL"/>
        </w:rPr>
        <w:t>1. W jakiej miejsco</w:t>
      </w:r>
      <w:r w:rsidRPr="007749B2">
        <w:rPr>
          <w:b/>
          <w:lang w:val="pl-PL"/>
        </w:rPr>
        <w:t>wości Gminy Dobiegniew Pan/Pani mieszka?</w:t>
      </w:r>
    </w:p>
    <w:p w14:paraId="0F9CE08C" w14:textId="77777777" w:rsidR="007755EF" w:rsidRPr="007749B2" w:rsidRDefault="004C3BAD">
      <w:pPr>
        <w:rPr>
          <w:lang w:val="pl-PL"/>
        </w:rPr>
      </w:pPr>
      <w:r w:rsidRPr="007749B2">
        <w:rPr>
          <w:lang w:val="pl-PL"/>
        </w:rPr>
        <w:t>........................................................................................................</w:t>
      </w:r>
    </w:p>
    <w:p w14:paraId="105F2138" w14:textId="77777777" w:rsidR="007755EF" w:rsidRPr="007749B2" w:rsidRDefault="004C3BAD">
      <w:pPr>
        <w:spacing w:before="140"/>
        <w:rPr>
          <w:lang w:val="pl-PL"/>
        </w:rPr>
      </w:pPr>
      <w:r w:rsidRPr="007749B2">
        <w:rPr>
          <w:b/>
          <w:lang w:val="pl-PL"/>
        </w:rPr>
        <w:t>2. Jak długo mieszka Pan/Pani na terenie Gminy Dobiegniew?</w:t>
      </w:r>
    </w:p>
    <w:p w14:paraId="2C8A2A53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krócej niż 1 rok</w:t>
      </w:r>
    </w:p>
    <w:p w14:paraId="4B8688D8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1–5 lat</w:t>
      </w:r>
    </w:p>
    <w:p w14:paraId="033CA662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6–10 lat</w:t>
      </w:r>
    </w:p>
    <w:p w14:paraId="48C79DE5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11–20 lat</w:t>
      </w:r>
    </w:p>
    <w:p w14:paraId="2D013F0C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powyżej 20 lat</w:t>
      </w:r>
    </w:p>
    <w:p w14:paraId="23DC8C92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od urodzenia</w:t>
      </w:r>
    </w:p>
    <w:p w14:paraId="5F099561" w14:textId="77777777" w:rsidR="007755EF" w:rsidRPr="007749B2" w:rsidRDefault="004C3BAD">
      <w:pPr>
        <w:spacing w:before="140"/>
        <w:rPr>
          <w:lang w:val="pl-PL"/>
        </w:rPr>
      </w:pPr>
      <w:r w:rsidRPr="007749B2">
        <w:rPr>
          <w:b/>
          <w:lang w:val="pl-PL"/>
        </w:rPr>
        <w:t>3. W jakiej grupie wiekowej Pan/Pani się znajduje?</w:t>
      </w:r>
    </w:p>
    <w:p w14:paraId="0DB48A00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poniżej 18 lat</w:t>
      </w:r>
    </w:p>
    <w:p w14:paraId="621EDAB8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18–29 lat</w:t>
      </w:r>
    </w:p>
    <w:p w14:paraId="54B9B1F0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30–44 lata</w:t>
      </w:r>
    </w:p>
    <w:p w14:paraId="72EC3002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45–59 lat</w:t>
      </w:r>
    </w:p>
    <w:p w14:paraId="69FAA52D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60–69 lat</w:t>
      </w:r>
    </w:p>
    <w:p w14:paraId="37953A25" w14:textId="750603E5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70 lat i więcej</w:t>
      </w:r>
    </w:p>
    <w:p w14:paraId="72E45FC0" w14:textId="77777777" w:rsidR="007755EF" w:rsidRPr="007749B2" w:rsidRDefault="004C3BAD">
      <w:pPr>
        <w:spacing w:before="140"/>
        <w:rPr>
          <w:lang w:val="pl-PL"/>
        </w:rPr>
      </w:pPr>
      <w:r w:rsidRPr="007749B2">
        <w:rPr>
          <w:b/>
          <w:lang w:val="pl-PL"/>
        </w:rPr>
        <w:t xml:space="preserve">4. Które z poniższych określeń najlepiej opisuje Pana/Pani sytuację? (można zaznaczyć </w:t>
      </w:r>
      <w:r w:rsidRPr="007749B2">
        <w:rPr>
          <w:b/>
          <w:lang w:val="pl-PL"/>
        </w:rPr>
        <w:t>kilka)</w:t>
      </w:r>
    </w:p>
    <w:p w14:paraId="3E3A3F70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osoba pracująca</w:t>
      </w:r>
    </w:p>
    <w:p w14:paraId="5BA07ABC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osoba prowadząca działalność gospodarczą</w:t>
      </w:r>
    </w:p>
    <w:p w14:paraId="36917057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osoba bezrobotna/poszukująca pracy</w:t>
      </w:r>
    </w:p>
    <w:p w14:paraId="048F7E9E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lastRenderedPageBreak/>
        <w:t>☐</w:t>
      </w:r>
      <w:r w:rsidRPr="007749B2">
        <w:rPr>
          <w:lang w:val="pl-PL"/>
        </w:rPr>
        <w:t xml:space="preserve"> emeryt/emerytka</w:t>
      </w:r>
    </w:p>
    <w:p w14:paraId="0FF9320B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rencista/rencistka</w:t>
      </w:r>
    </w:p>
    <w:p w14:paraId="66017DC6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uczeń/student</w:t>
      </w:r>
    </w:p>
    <w:p w14:paraId="62431475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osoba sprawująca opiekę nad dzieckiem</w:t>
      </w:r>
    </w:p>
    <w:p w14:paraId="4274AC30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osoba sprawująca opiekę nad osobą zależną</w:t>
      </w:r>
    </w:p>
    <w:p w14:paraId="10FE858E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osoba z ni</w:t>
      </w:r>
      <w:r w:rsidRPr="007749B2">
        <w:rPr>
          <w:lang w:val="pl-PL"/>
        </w:rPr>
        <w:t>epełnosprawnością</w:t>
      </w:r>
    </w:p>
    <w:p w14:paraId="0F566371" w14:textId="0A904038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inne</w:t>
      </w:r>
      <w:r w:rsidR="00FF3044">
        <w:rPr>
          <w:lang w:val="pl-PL"/>
        </w:rPr>
        <w:t>, jakie?.......................................................................................................................................</w:t>
      </w:r>
    </w:p>
    <w:p w14:paraId="0C7F2354" w14:textId="77777777" w:rsidR="007755EF" w:rsidRPr="007749B2" w:rsidRDefault="004C3BAD">
      <w:pPr>
        <w:spacing w:before="140"/>
        <w:rPr>
          <w:lang w:val="pl-PL"/>
        </w:rPr>
      </w:pPr>
      <w:r w:rsidRPr="007749B2">
        <w:rPr>
          <w:b/>
          <w:lang w:val="pl-PL"/>
        </w:rPr>
        <w:t>5. Czy w Pana/Pani gospodarstwie domowym znajdują się osoby wymagające szczególnego wspa</w:t>
      </w:r>
      <w:r w:rsidRPr="007749B2">
        <w:rPr>
          <w:b/>
          <w:lang w:val="pl-PL"/>
        </w:rPr>
        <w:t>rcia? (można zaznaczyć kilka)</w:t>
      </w:r>
    </w:p>
    <w:p w14:paraId="047AF72E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dziecko/dzieci</w:t>
      </w:r>
    </w:p>
    <w:p w14:paraId="7C696143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osoba starsza</w:t>
      </w:r>
    </w:p>
    <w:p w14:paraId="71C535CF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osoba z niepełnosprawnością</w:t>
      </w:r>
    </w:p>
    <w:p w14:paraId="35AE43DB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osoba przewlekle chora</w:t>
      </w:r>
    </w:p>
    <w:p w14:paraId="796DF38F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osoba wymagająca stałej opieki</w:t>
      </w:r>
    </w:p>
    <w:p w14:paraId="0A25AE56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osoba doświadczająca samotności</w:t>
      </w:r>
    </w:p>
    <w:p w14:paraId="629DD69B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osoba bezrobotna</w:t>
      </w:r>
    </w:p>
    <w:p w14:paraId="5C3EEF71" w14:textId="210C4A8D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nie</w:t>
      </w:r>
      <w:r w:rsidR="00EE2117">
        <w:rPr>
          <w:lang w:val="pl-PL"/>
        </w:rPr>
        <w:t>, nie znajdują się takie osoby</w:t>
      </w:r>
    </w:p>
    <w:p w14:paraId="7574BAE8" w14:textId="2D457692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inne</w:t>
      </w:r>
      <w:r w:rsidR="00EE2117">
        <w:rPr>
          <w:lang w:val="pl-PL"/>
        </w:rPr>
        <w:t>, jakie?....................................................................................................................................</w:t>
      </w:r>
    </w:p>
    <w:p w14:paraId="3E7585A0" w14:textId="77777777" w:rsidR="007755EF" w:rsidRPr="007749B2" w:rsidRDefault="004C3BAD">
      <w:pPr>
        <w:pStyle w:val="Nagwek1"/>
        <w:rPr>
          <w:color w:val="auto"/>
          <w:lang w:val="pl-PL"/>
        </w:rPr>
      </w:pPr>
      <w:r w:rsidRPr="007749B2">
        <w:rPr>
          <w:color w:val="auto"/>
          <w:lang w:val="pl-PL"/>
        </w:rPr>
        <w:t>B. NAJWAŻNIEJSZE PROBLEMY SPOŁECZNE</w:t>
      </w:r>
    </w:p>
    <w:p w14:paraId="3D941B00" w14:textId="77777777" w:rsidR="007755EF" w:rsidRPr="007749B2" w:rsidRDefault="004C3BAD">
      <w:pPr>
        <w:spacing w:before="140"/>
        <w:rPr>
          <w:lang w:val="pl-PL"/>
        </w:rPr>
      </w:pPr>
      <w:r w:rsidRPr="007749B2">
        <w:rPr>
          <w:b/>
          <w:lang w:val="pl-PL"/>
        </w:rPr>
        <w:t>6. Jak ocenia Pan/Pani jakość życia w Gminie Dobiegniew?</w:t>
      </w:r>
    </w:p>
    <w:p w14:paraId="75DC9A9A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bardzo dobrze</w:t>
      </w:r>
    </w:p>
    <w:p w14:paraId="2B23EA5A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dobrze</w:t>
      </w:r>
    </w:p>
    <w:p w14:paraId="1BE24175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ani d</w:t>
      </w:r>
      <w:r w:rsidRPr="007749B2">
        <w:rPr>
          <w:lang w:val="pl-PL"/>
        </w:rPr>
        <w:t>obrze, ani źle</w:t>
      </w:r>
    </w:p>
    <w:p w14:paraId="51F5F946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źle</w:t>
      </w:r>
    </w:p>
    <w:p w14:paraId="6468CF1D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bardzo źle</w:t>
      </w:r>
    </w:p>
    <w:p w14:paraId="29DA97E6" w14:textId="74887C31" w:rsidR="007755EF" w:rsidRPr="007749B2" w:rsidRDefault="004C3BAD">
      <w:pPr>
        <w:spacing w:before="140"/>
        <w:rPr>
          <w:lang w:val="pl-PL"/>
        </w:rPr>
      </w:pPr>
      <w:r w:rsidRPr="007749B2">
        <w:rPr>
          <w:b/>
          <w:lang w:val="pl-PL"/>
        </w:rPr>
        <w:t xml:space="preserve">7. </w:t>
      </w:r>
      <w:r w:rsidR="00FF3044">
        <w:rPr>
          <w:b/>
          <w:lang w:val="pl-PL"/>
        </w:rPr>
        <w:t>Jakie</w:t>
      </w:r>
      <w:r w:rsidRPr="007749B2">
        <w:rPr>
          <w:b/>
          <w:lang w:val="pl-PL"/>
        </w:rPr>
        <w:t xml:space="preserve"> problemy społeczne uważa Pan/Pani obecnie za najważniejsze w Gminie Dobiegniew? Proszę wybrać maksymalnie 5.</w:t>
      </w:r>
    </w:p>
    <w:p w14:paraId="420208A7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ubóstwo i trudności finansowe</w:t>
      </w:r>
    </w:p>
    <w:p w14:paraId="6312CE0D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bezrobocie i brak stabilnej pracy</w:t>
      </w:r>
    </w:p>
    <w:p w14:paraId="6377AB54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problemy mieszkaniowe</w:t>
      </w:r>
    </w:p>
    <w:p w14:paraId="00F490DB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problemy rodzinne i wychowawcze</w:t>
      </w:r>
    </w:p>
    <w:p w14:paraId="4165E525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problemy dzieci i młodzieży</w:t>
      </w:r>
    </w:p>
    <w:p w14:paraId="7D149022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samotność osób starszych</w:t>
      </w:r>
    </w:p>
    <w:p w14:paraId="18EA6FE6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starzenie się mieszkańców</w:t>
      </w:r>
    </w:p>
    <w:p w14:paraId="74D394A8" w14:textId="1A216A23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="00EE2117">
        <w:rPr>
          <w:lang w:val="pl-PL"/>
        </w:rPr>
        <w:t xml:space="preserve"> </w:t>
      </w:r>
      <w:r w:rsidRPr="007749B2">
        <w:rPr>
          <w:lang w:val="pl-PL"/>
        </w:rPr>
        <w:t>bariery w codziennym funkcjonowaniu</w:t>
      </w:r>
      <w:r w:rsidR="00EE2117">
        <w:rPr>
          <w:lang w:val="pl-PL"/>
        </w:rPr>
        <w:t xml:space="preserve"> osób z niepełnosprawnościami</w:t>
      </w:r>
    </w:p>
    <w:p w14:paraId="73FAE385" w14:textId="6127E084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</w:t>
      </w:r>
      <w:r w:rsidR="00EE2117">
        <w:rPr>
          <w:lang w:val="pl-PL"/>
        </w:rPr>
        <w:t>utrudniona opieka</w:t>
      </w:r>
      <w:r w:rsidRPr="007749B2">
        <w:rPr>
          <w:lang w:val="pl-PL"/>
        </w:rPr>
        <w:t xml:space="preserve"> nad osobami zależnymi</w:t>
      </w:r>
    </w:p>
    <w:p w14:paraId="7AF75422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problemy zdrowia psychiczne</w:t>
      </w:r>
      <w:r w:rsidRPr="007749B2">
        <w:rPr>
          <w:lang w:val="pl-PL"/>
        </w:rPr>
        <w:t>go</w:t>
      </w:r>
    </w:p>
    <w:p w14:paraId="7D638F10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uzależnienia</w:t>
      </w:r>
    </w:p>
    <w:p w14:paraId="6F745C9C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przemoc domowa</w:t>
      </w:r>
    </w:p>
    <w:p w14:paraId="5E11B9FE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lastRenderedPageBreak/>
        <w:t>☐</w:t>
      </w:r>
      <w:r w:rsidRPr="007749B2">
        <w:rPr>
          <w:lang w:val="pl-PL"/>
        </w:rPr>
        <w:t xml:space="preserve"> wykluczenie społeczne i osamotnienie</w:t>
      </w:r>
    </w:p>
    <w:p w14:paraId="69191FB6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wykluczenie komunikacyjne</w:t>
      </w:r>
    </w:p>
    <w:p w14:paraId="03E26C2D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brak dostępu do specjalistycznej ochrony zdrowia</w:t>
      </w:r>
    </w:p>
    <w:p w14:paraId="205CB2C5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brak aktywności społecznej mieszkańców</w:t>
      </w:r>
    </w:p>
    <w:p w14:paraId="1F4300CA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brak oferty spędzania czasu wolnego</w:t>
      </w:r>
    </w:p>
    <w:p w14:paraId="68821B53" w14:textId="738ED388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inne</w:t>
      </w:r>
      <w:r w:rsidR="00EE2117">
        <w:rPr>
          <w:lang w:val="pl-PL"/>
        </w:rPr>
        <w:t>, jakie?.......................................................................................................................................</w:t>
      </w:r>
    </w:p>
    <w:p w14:paraId="625F261A" w14:textId="505F8994" w:rsidR="007755EF" w:rsidRPr="007749B2" w:rsidRDefault="004C3BAD">
      <w:pPr>
        <w:spacing w:before="140"/>
        <w:rPr>
          <w:lang w:val="pl-PL"/>
        </w:rPr>
      </w:pPr>
      <w:r w:rsidRPr="007749B2">
        <w:rPr>
          <w:b/>
          <w:lang w:val="pl-PL"/>
        </w:rPr>
        <w:t xml:space="preserve">8. </w:t>
      </w:r>
      <w:r w:rsidR="00FF3044">
        <w:rPr>
          <w:b/>
          <w:lang w:val="pl-PL"/>
        </w:rPr>
        <w:t>Jakie</w:t>
      </w:r>
      <w:r w:rsidRPr="007749B2">
        <w:rPr>
          <w:b/>
          <w:lang w:val="pl-PL"/>
        </w:rPr>
        <w:t xml:space="preserve"> problemy, Pana/Pani zdaniem, mogą w największym stopniu nasilać się w latach 2027–2033? Proszę wybrać maksymalnie 3.</w:t>
      </w:r>
    </w:p>
    <w:p w14:paraId="7745A34F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st</w:t>
      </w:r>
      <w:r w:rsidRPr="007749B2">
        <w:rPr>
          <w:lang w:val="pl-PL"/>
        </w:rPr>
        <w:t>arzenie się społeczeństwa</w:t>
      </w:r>
    </w:p>
    <w:p w14:paraId="4597152B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samotność</w:t>
      </w:r>
    </w:p>
    <w:p w14:paraId="5013FC0B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problemy zdrowia psychicznego</w:t>
      </w:r>
    </w:p>
    <w:p w14:paraId="29B921A4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problemy dzieci i młodzieży</w:t>
      </w:r>
    </w:p>
    <w:p w14:paraId="3E4C5CC8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problemy rodzin</w:t>
      </w:r>
    </w:p>
    <w:p w14:paraId="12903415" w14:textId="05FEC196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</w:t>
      </w:r>
      <w:r w:rsidR="00EE2117" w:rsidRPr="007749B2">
        <w:rPr>
          <w:lang w:val="pl-PL"/>
        </w:rPr>
        <w:t>bariery w codziennym funkcjonowaniu</w:t>
      </w:r>
      <w:r w:rsidR="00EE2117">
        <w:rPr>
          <w:lang w:val="pl-PL"/>
        </w:rPr>
        <w:t xml:space="preserve"> osób z niepełnosprawnościami</w:t>
      </w:r>
    </w:p>
    <w:p w14:paraId="412AD1C9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bezrobocie</w:t>
      </w:r>
    </w:p>
    <w:p w14:paraId="22BEE2CA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ubóstwo</w:t>
      </w:r>
    </w:p>
    <w:p w14:paraId="100F1FE6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uzależnienia</w:t>
      </w:r>
    </w:p>
    <w:p w14:paraId="2F477D18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przemoc</w:t>
      </w:r>
    </w:p>
    <w:p w14:paraId="6496C095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wykluczenie komunikacyjne</w:t>
      </w:r>
    </w:p>
    <w:p w14:paraId="0666FD2F" w14:textId="092E4EAB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inne</w:t>
      </w:r>
      <w:r w:rsidR="00FF3044">
        <w:rPr>
          <w:lang w:val="pl-PL"/>
        </w:rPr>
        <w:t>, jakie?..........................................................................................................................................</w:t>
      </w:r>
    </w:p>
    <w:p w14:paraId="30337466" w14:textId="77777777" w:rsidR="007755EF" w:rsidRPr="007749B2" w:rsidRDefault="004C3BAD">
      <w:pPr>
        <w:pStyle w:val="Nagwek1"/>
        <w:rPr>
          <w:color w:val="auto"/>
          <w:lang w:val="pl-PL"/>
        </w:rPr>
      </w:pPr>
      <w:r w:rsidRPr="007749B2">
        <w:rPr>
          <w:color w:val="auto"/>
          <w:lang w:val="pl-PL"/>
        </w:rPr>
        <w:t>C. POTRZEBY W ZAKRESIE USŁUG SPOŁECZNYCH</w:t>
      </w:r>
    </w:p>
    <w:p w14:paraId="41053A9B" w14:textId="77777777" w:rsidR="007755EF" w:rsidRPr="007749B2" w:rsidRDefault="004C3BAD">
      <w:pPr>
        <w:spacing w:before="140"/>
        <w:rPr>
          <w:lang w:val="pl-PL"/>
        </w:rPr>
      </w:pPr>
      <w:r w:rsidRPr="007749B2">
        <w:rPr>
          <w:b/>
          <w:lang w:val="pl-PL"/>
        </w:rPr>
        <w:t>9. Z jakich usług lub form wsparcia</w:t>
      </w:r>
      <w:r w:rsidRPr="007749B2">
        <w:rPr>
          <w:b/>
          <w:lang w:val="pl-PL"/>
        </w:rPr>
        <w:t xml:space="preserve"> mieszkańcy powinni mieć łatwiejszy dostęp? (można zaznaczyć kilka)</w:t>
      </w:r>
    </w:p>
    <w:p w14:paraId="00A62614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usługi opiekuńcze w domu</w:t>
      </w:r>
    </w:p>
    <w:p w14:paraId="010F719C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pomoc dla opiekunów osób zależnych</w:t>
      </w:r>
    </w:p>
    <w:p w14:paraId="488624D2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transport dla osób z ograniczoną mobilnością</w:t>
      </w:r>
    </w:p>
    <w:p w14:paraId="5D3F65A3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pomoc w drobnych pracach domowych/technicznych</w:t>
      </w:r>
    </w:p>
    <w:p w14:paraId="642B0B89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poradnictwo psychologiczne</w:t>
      </w:r>
    </w:p>
    <w:p w14:paraId="62666122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poradnictwo prawne</w:t>
      </w:r>
    </w:p>
    <w:p w14:paraId="0CA93171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poradnictwo zawodowe</w:t>
      </w:r>
    </w:p>
    <w:p w14:paraId="51DA7898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fizjoterapia i rehabilitacja</w:t>
      </w:r>
    </w:p>
    <w:p w14:paraId="39E24973" w14:textId="77777777" w:rsidR="00EE2117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logopedia </w:t>
      </w:r>
      <w:r w:rsidR="00EE2117">
        <w:rPr>
          <w:lang w:val="pl-PL"/>
        </w:rPr>
        <w:t>dzieci i osób dorosłych po udarze</w:t>
      </w:r>
    </w:p>
    <w:p w14:paraId="45513011" w14:textId="33B2B9BC" w:rsidR="007755EF" w:rsidRPr="007749B2" w:rsidRDefault="00EE2117">
      <w:pPr>
        <w:spacing w:after="40"/>
        <w:rPr>
          <w:lang w:val="pl-PL"/>
        </w:rPr>
      </w:pPr>
      <w:r w:rsidRPr="007749B2">
        <w:rPr>
          <w:rFonts w:ascii="Segoe UI Symbol" w:hAnsi="Segoe UI Symbol" w:cs="Segoe UI Symbol"/>
          <w:lang w:val="pl-PL"/>
        </w:rPr>
        <w:t>☐</w:t>
      </w:r>
      <w:r>
        <w:rPr>
          <w:rFonts w:ascii="Segoe UI Symbol" w:hAnsi="Segoe UI Symbol" w:cs="Segoe UI Symbol"/>
          <w:lang w:val="pl-PL"/>
        </w:rPr>
        <w:t xml:space="preserve"> </w:t>
      </w:r>
      <w:r w:rsidRPr="007749B2">
        <w:rPr>
          <w:lang w:val="pl-PL"/>
        </w:rPr>
        <w:t>wsparcie rozwoju dzieci</w:t>
      </w:r>
      <w:r>
        <w:rPr>
          <w:lang w:val="pl-PL"/>
        </w:rPr>
        <w:t>, w tym terapia integracji sensorycznej</w:t>
      </w:r>
    </w:p>
    <w:p w14:paraId="56ADD5A4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wsparcie rodzin w kryzysie</w:t>
      </w:r>
    </w:p>
    <w:p w14:paraId="65E9C9C5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wsparcie dzieci i młodzieży</w:t>
      </w:r>
    </w:p>
    <w:p w14:paraId="54EE788F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usługi d</w:t>
      </w:r>
      <w:r w:rsidRPr="007749B2">
        <w:rPr>
          <w:lang w:val="pl-PL"/>
        </w:rPr>
        <w:t>la seniorów</w:t>
      </w:r>
    </w:p>
    <w:p w14:paraId="5B93F8AA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zajęcia i aktywizacja społeczna</w:t>
      </w:r>
    </w:p>
    <w:p w14:paraId="56B76F1E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wolontariat i pomoc sąsiedzka</w:t>
      </w:r>
    </w:p>
    <w:p w14:paraId="562EB82D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wsparcie osób z niepełnosprawnościami</w:t>
      </w:r>
    </w:p>
    <w:p w14:paraId="595C6DDD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lastRenderedPageBreak/>
        <w:t>☐</w:t>
      </w:r>
      <w:r w:rsidRPr="007749B2">
        <w:rPr>
          <w:lang w:val="pl-PL"/>
        </w:rPr>
        <w:t xml:space="preserve"> wsparcie w powrocie na rynek pracy</w:t>
      </w:r>
    </w:p>
    <w:p w14:paraId="49EF971E" w14:textId="6576D70F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inne</w:t>
      </w:r>
      <w:r w:rsidR="00FF3044">
        <w:rPr>
          <w:lang w:val="pl-PL"/>
        </w:rPr>
        <w:t>, jakie?.....................................................................................................................................</w:t>
      </w:r>
    </w:p>
    <w:p w14:paraId="07853FF4" w14:textId="1E86A4FE" w:rsidR="007755EF" w:rsidRPr="007749B2" w:rsidRDefault="004C3BAD">
      <w:pPr>
        <w:spacing w:before="140"/>
        <w:rPr>
          <w:lang w:val="pl-PL"/>
        </w:rPr>
      </w:pPr>
      <w:r w:rsidRPr="007749B2">
        <w:rPr>
          <w:b/>
          <w:lang w:val="pl-PL"/>
        </w:rPr>
        <w:t>10. Gdzie, Pana/Pani zdaniem, p</w:t>
      </w:r>
      <w:r w:rsidR="00EE2117">
        <w:rPr>
          <w:b/>
          <w:lang w:val="pl-PL"/>
        </w:rPr>
        <w:t>rzede wszystkim p</w:t>
      </w:r>
      <w:r w:rsidRPr="007749B2">
        <w:rPr>
          <w:b/>
          <w:lang w:val="pl-PL"/>
        </w:rPr>
        <w:t>owinny być dostępne usługi społeczne?</w:t>
      </w:r>
    </w:p>
    <w:p w14:paraId="1DF33641" w14:textId="77245F6B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w </w:t>
      </w:r>
      <w:r w:rsidR="00EE2117">
        <w:rPr>
          <w:lang w:val="pl-PL"/>
        </w:rPr>
        <w:t xml:space="preserve">mieście </w:t>
      </w:r>
      <w:r w:rsidRPr="007749B2">
        <w:rPr>
          <w:lang w:val="pl-PL"/>
        </w:rPr>
        <w:t>Dobiegniew</w:t>
      </w:r>
    </w:p>
    <w:p w14:paraId="16752173" w14:textId="3F219FD3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w miejscu zamieszkania </w:t>
      </w:r>
      <w:r w:rsidR="00EE6513">
        <w:rPr>
          <w:lang w:val="pl-PL"/>
        </w:rPr>
        <w:t>osoby potrzebującej wsparcia</w:t>
      </w:r>
    </w:p>
    <w:p w14:paraId="2690F758" w14:textId="668280FF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w </w:t>
      </w:r>
      <w:r w:rsidR="00EE6513">
        <w:rPr>
          <w:lang w:val="pl-PL"/>
        </w:rPr>
        <w:t>miejscowości/sołectwie, w którym mieszkam</w:t>
      </w:r>
    </w:p>
    <w:p w14:paraId="663E40BA" w14:textId="0B2E76CD" w:rsidR="007755EF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</w:t>
      </w:r>
      <w:r w:rsidR="00EE6513">
        <w:rPr>
          <w:lang w:val="pl-PL"/>
        </w:rPr>
        <w:t>zdalnie, telefonicznie lub przez internet</w:t>
      </w:r>
    </w:p>
    <w:p w14:paraId="663BE767" w14:textId="0A867905" w:rsidR="00EE6513" w:rsidRPr="007749B2" w:rsidRDefault="00EE6513">
      <w:pPr>
        <w:spacing w:after="40"/>
        <w:rPr>
          <w:lang w:val="pl-PL"/>
        </w:rPr>
      </w:pPr>
      <w:r w:rsidRPr="00EE6513">
        <w:rPr>
          <w:rFonts w:ascii="Segoe UI Symbol" w:hAnsi="Segoe UI Symbol" w:cs="Segoe UI Symbol"/>
          <w:lang w:val="pl-PL"/>
        </w:rPr>
        <w:t>☐</w:t>
      </w:r>
      <w:r w:rsidRPr="00EE6513">
        <w:rPr>
          <w:lang w:val="pl-PL"/>
        </w:rPr>
        <w:t xml:space="preserve"> z zapewnionym transportem do miejsca świadczenia usługi</w:t>
      </w:r>
    </w:p>
    <w:p w14:paraId="7D45FEE0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w kilku formach jednocześnie</w:t>
      </w:r>
    </w:p>
    <w:p w14:paraId="014FD961" w14:textId="2EADF69F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</w:t>
      </w:r>
      <w:r w:rsidR="00EE6513">
        <w:rPr>
          <w:lang w:val="pl-PL"/>
        </w:rPr>
        <w:t>nie ma to dla mnie znaczenia</w:t>
      </w:r>
    </w:p>
    <w:p w14:paraId="6F531768" w14:textId="77777777" w:rsidR="007755EF" w:rsidRPr="007749B2" w:rsidRDefault="004C3BAD">
      <w:pPr>
        <w:spacing w:before="140"/>
        <w:rPr>
          <w:lang w:val="pl-PL"/>
        </w:rPr>
      </w:pPr>
      <w:r w:rsidRPr="007749B2">
        <w:rPr>
          <w:b/>
          <w:lang w:val="pl-PL"/>
        </w:rPr>
        <w:t>11. Jakie usługi powinny być szczególnie rozwijane dla seniorów? (można zaznaczyć kilka)</w:t>
      </w:r>
    </w:p>
    <w:p w14:paraId="61B5E153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o</w:t>
      </w:r>
      <w:r w:rsidRPr="007749B2">
        <w:rPr>
          <w:lang w:val="pl-PL"/>
        </w:rPr>
        <w:t>pieka i pomoc w domu</w:t>
      </w:r>
    </w:p>
    <w:p w14:paraId="19920BCA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transport</w:t>
      </w:r>
    </w:p>
    <w:p w14:paraId="12DB07AC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rehabilitacja/fizjoterapia</w:t>
      </w:r>
    </w:p>
    <w:p w14:paraId="77C2094E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zajęcia aktywizujące</w:t>
      </w:r>
    </w:p>
    <w:p w14:paraId="69EBDB89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spotkania i miejsca integracji</w:t>
      </w:r>
    </w:p>
    <w:p w14:paraId="18520DAF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pomoc w załatwianiu spraw</w:t>
      </w:r>
    </w:p>
    <w:p w14:paraId="1EE3B02B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wsparcie psychologiczne</w:t>
      </w:r>
    </w:p>
    <w:p w14:paraId="1FEA20F0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pomoc w przeciwdziałaniu samotności</w:t>
      </w:r>
    </w:p>
    <w:p w14:paraId="73FE5D51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wolontariat i pomoc sąsiedzka</w:t>
      </w:r>
    </w:p>
    <w:p w14:paraId="004EED3B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usługi cyfro</w:t>
      </w:r>
      <w:r w:rsidRPr="007749B2">
        <w:rPr>
          <w:lang w:val="pl-PL"/>
        </w:rPr>
        <w:t>we/edukacja</w:t>
      </w:r>
    </w:p>
    <w:p w14:paraId="6EEFAD33" w14:textId="1A29F4BF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inne</w:t>
      </w:r>
      <w:r w:rsidR="00EE6513">
        <w:rPr>
          <w:lang w:val="pl-PL"/>
        </w:rPr>
        <w:t>, jakie?.............................................................................................................................</w:t>
      </w:r>
    </w:p>
    <w:p w14:paraId="7BD46347" w14:textId="77777777" w:rsidR="007755EF" w:rsidRPr="007749B2" w:rsidRDefault="004C3BAD">
      <w:pPr>
        <w:spacing w:before="140"/>
        <w:rPr>
          <w:lang w:val="pl-PL"/>
        </w:rPr>
      </w:pPr>
      <w:r w:rsidRPr="007749B2">
        <w:rPr>
          <w:b/>
          <w:lang w:val="pl-PL"/>
        </w:rPr>
        <w:t>12. Jakiego wsparcia najbardziej potrzebują dzieci i młodzież? (można zaznaczyć kilka)</w:t>
      </w:r>
    </w:p>
    <w:p w14:paraId="1DF19CA5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pomoc psycholog</w:t>
      </w:r>
      <w:r w:rsidRPr="007749B2">
        <w:rPr>
          <w:lang w:val="pl-PL"/>
        </w:rPr>
        <w:t>iczna</w:t>
      </w:r>
    </w:p>
    <w:p w14:paraId="5913378A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pomoc pedagogiczna</w:t>
      </w:r>
    </w:p>
    <w:p w14:paraId="51467B8E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wsparcie w nauce</w:t>
      </w:r>
    </w:p>
    <w:p w14:paraId="17FEC8EF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zajęcia rozwijające zainteresowania</w:t>
      </w:r>
    </w:p>
    <w:p w14:paraId="246F4434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zajęcia sportowe</w:t>
      </w:r>
    </w:p>
    <w:p w14:paraId="5B984E63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bezpieczne miejsca i czas wolny</w:t>
      </w:r>
    </w:p>
    <w:p w14:paraId="7D042173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profilaktyka uzależnień</w:t>
      </w:r>
    </w:p>
    <w:p w14:paraId="228431CA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przeciwdziałanie przemocy i cyberprzemocy</w:t>
      </w:r>
    </w:p>
    <w:p w14:paraId="4476D358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doradztwo edukacyjne i zawodowe</w:t>
      </w:r>
    </w:p>
    <w:p w14:paraId="1D96C351" w14:textId="77777777" w:rsidR="007755EF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wsparcie rodzin</w:t>
      </w:r>
    </w:p>
    <w:p w14:paraId="41A1C38D" w14:textId="697D7AE0" w:rsidR="00EE2117" w:rsidRPr="00EE2117" w:rsidRDefault="00EE2117">
      <w:pPr>
        <w:spacing w:after="40"/>
        <w:rPr>
          <w:rFonts w:ascii="Calibri" w:hAnsi="Calibri" w:cs="Calibri"/>
          <w:lang w:val="pl-PL"/>
        </w:rPr>
      </w:pPr>
      <w:r w:rsidRPr="00EE2117">
        <w:rPr>
          <w:rFonts w:ascii="Segoe UI Symbol" w:hAnsi="Segoe UI Symbol" w:cs="Segoe UI Symbol"/>
          <w:lang w:val="pl-PL"/>
        </w:rPr>
        <w:t>☐</w:t>
      </w:r>
      <w:r w:rsidRPr="00EE2117">
        <w:rPr>
          <w:lang w:val="pl-PL"/>
        </w:rPr>
        <w:t xml:space="preserve"> organizacja bezpiecznego miejsca, w którym mogliby spędzać czas wolny</w:t>
      </w:r>
    </w:p>
    <w:p w14:paraId="3BCFC6EE" w14:textId="3C38FA8C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inne</w:t>
      </w:r>
      <w:r w:rsidR="00EE6513">
        <w:rPr>
          <w:lang w:val="pl-PL"/>
        </w:rPr>
        <w:t>, jakie?......................................................................................................................................</w:t>
      </w:r>
    </w:p>
    <w:p w14:paraId="2D0F5D65" w14:textId="77777777" w:rsidR="007755EF" w:rsidRPr="007749B2" w:rsidRDefault="004C3BAD">
      <w:pPr>
        <w:spacing w:before="140"/>
        <w:rPr>
          <w:lang w:val="pl-PL"/>
        </w:rPr>
      </w:pPr>
      <w:r w:rsidRPr="007749B2">
        <w:rPr>
          <w:b/>
          <w:lang w:val="pl-PL"/>
        </w:rPr>
        <w:t xml:space="preserve">13. Jakiego </w:t>
      </w:r>
      <w:r w:rsidRPr="007749B2">
        <w:rPr>
          <w:b/>
          <w:lang w:val="pl-PL"/>
        </w:rPr>
        <w:t>wsparcia najbardziej potrzebują osoby z niepełnosprawnościami i ich opiekunowie? (można zaznaczyć kilka)</w:t>
      </w:r>
    </w:p>
    <w:p w14:paraId="417EC9BA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usługi opiekuńcze</w:t>
      </w:r>
    </w:p>
    <w:p w14:paraId="380DBCD6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transport</w:t>
      </w:r>
    </w:p>
    <w:p w14:paraId="02123689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lastRenderedPageBreak/>
        <w:t>☐</w:t>
      </w:r>
      <w:r w:rsidRPr="007749B2">
        <w:rPr>
          <w:lang w:val="pl-PL"/>
        </w:rPr>
        <w:t xml:space="preserve"> rehabilitacja</w:t>
      </w:r>
    </w:p>
    <w:p w14:paraId="0FC2E29D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likwidacja barier architektonicznych</w:t>
      </w:r>
    </w:p>
    <w:p w14:paraId="427C6765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asystencja osobista</w:t>
      </w:r>
    </w:p>
    <w:p w14:paraId="39976DAD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wytchnienie dla opiekunów</w:t>
      </w:r>
    </w:p>
    <w:p w14:paraId="0157537A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poradnictwo </w:t>
      </w:r>
      <w:r w:rsidRPr="007749B2">
        <w:rPr>
          <w:lang w:val="pl-PL"/>
        </w:rPr>
        <w:t>i informacja</w:t>
      </w:r>
    </w:p>
    <w:p w14:paraId="0E2A29B1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aktywizacja społeczna i zawodowa</w:t>
      </w:r>
    </w:p>
    <w:p w14:paraId="028E31E3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dostęp do wydarzeń i życia społecznego</w:t>
      </w:r>
    </w:p>
    <w:p w14:paraId="241C947D" w14:textId="1F483961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inne</w:t>
      </w:r>
      <w:r w:rsidR="00EE6513">
        <w:rPr>
          <w:lang w:val="pl-PL"/>
        </w:rPr>
        <w:t>, jakie?.....................................................................................................................................</w:t>
      </w:r>
    </w:p>
    <w:p w14:paraId="77795863" w14:textId="77777777" w:rsidR="007755EF" w:rsidRPr="007749B2" w:rsidRDefault="004C3BAD">
      <w:pPr>
        <w:pStyle w:val="Nagwek1"/>
        <w:rPr>
          <w:color w:val="auto"/>
          <w:lang w:val="pl-PL"/>
        </w:rPr>
      </w:pPr>
      <w:r w:rsidRPr="007749B2">
        <w:rPr>
          <w:color w:val="auto"/>
          <w:lang w:val="pl-PL"/>
        </w:rPr>
        <w:t>D. RODZINA, ZDROWIE</w:t>
      </w:r>
      <w:r w:rsidRPr="007749B2">
        <w:rPr>
          <w:color w:val="auto"/>
          <w:lang w:val="pl-PL"/>
        </w:rPr>
        <w:t xml:space="preserve"> PSYCHICZNE I BEZPIECZEŃSTWO</w:t>
      </w:r>
    </w:p>
    <w:p w14:paraId="0540C66A" w14:textId="77777777" w:rsidR="007755EF" w:rsidRPr="007749B2" w:rsidRDefault="004C3BAD">
      <w:pPr>
        <w:spacing w:before="140"/>
        <w:rPr>
          <w:lang w:val="pl-PL"/>
        </w:rPr>
      </w:pPr>
      <w:r w:rsidRPr="007749B2">
        <w:rPr>
          <w:b/>
          <w:lang w:val="pl-PL"/>
        </w:rPr>
        <w:t>14. Jakie działania najlepiej wspierałyby rodziny w Gminie Dobiegniew? (można zaznaczyć kilka)</w:t>
      </w:r>
    </w:p>
    <w:p w14:paraId="210896B8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poradnictwo rodzinne</w:t>
      </w:r>
    </w:p>
    <w:p w14:paraId="618ACBE3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wsparcie psychologiczne</w:t>
      </w:r>
    </w:p>
    <w:p w14:paraId="24BCA267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pomoc w sytuacjach kryzysowych</w:t>
      </w:r>
    </w:p>
    <w:p w14:paraId="73AF0236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zajęcia i warsztaty dla rodziców</w:t>
      </w:r>
    </w:p>
    <w:p w14:paraId="1BF4C5AF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wsparcie rodz</w:t>
      </w:r>
      <w:r w:rsidRPr="007749B2">
        <w:rPr>
          <w:lang w:val="pl-PL"/>
        </w:rPr>
        <w:t>in z dziećmi z niepełnosprawnościami</w:t>
      </w:r>
    </w:p>
    <w:p w14:paraId="18508BFD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pomoc w organizacji opieki nad dziećmi</w:t>
      </w:r>
    </w:p>
    <w:p w14:paraId="65173257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zajęcia dla dzieci i młodzieży</w:t>
      </w:r>
    </w:p>
    <w:p w14:paraId="45F30DBF" w14:textId="2ECA45A2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inne</w:t>
      </w:r>
      <w:r w:rsidR="00EE6513">
        <w:rPr>
          <w:lang w:val="pl-PL"/>
        </w:rPr>
        <w:t>, jakie?.....................................................................................................................................</w:t>
      </w:r>
    </w:p>
    <w:p w14:paraId="18631F92" w14:textId="77777777" w:rsidR="007755EF" w:rsidRPr="007749B2" w:rsidRDefault="004C3BAD">
      <w:pPr>
        <w:spacing w:before="140"/>
        <w:rPr>
          <w:lang w:val="pl-PL"/>
        </w:rPr>
      </w:pPr>
      <w:r w:rsidRPr="007749B2">
        <w:rPr>
          <w:b/>
          <w:lang w:val="pl-PL"/>
        </w:rPr>
        <w:t>15. Czy uważa Pan/Pani, że mieszkańcy mają wystarczający dostęp do pomocy w zakresie zdrowia psychicznego?</w:t>
      </w:r>
    </w:p>
    <w:p w14:paraId="2DBEECF2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zdecydowanie tak</w:t>
      </w:r>
    </w:p>
    <w:p w14:paraId="1094CFA4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raczej tak</w:t>
      </w:r>
    </w:p>
    <w:p w14:paraId="37EE843F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raczej nie</w:t>
      </w:r>
    </w:p>
    <w:p w14:paraId="54542B2B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zdecydowanie nie</w:t>
      </w:r>
    </w:p>
    <w:p w14:paraId="3F452973" w14:textId="77777777" w:rsidR="007755EF" w:rsidRPr="007749B2" w:rsidRDefault="004C3BAD">
      <w:pPr>
        <w:spacing w:before="140"/>
        <w:rPr>
          <w:lang w:val="pl-PL"/>
        </w:rPr>
      </w:pPr>
      <w:r w:rsidRPr="007749B2">
        <w:rPr>
          <w:b/>
          <w:lang w:val="pl-PL"/>
        </w:rPr>
        <w:t xml:space="preserve">16. Jakie działania w zakresie zdrowia psychicznego powinny być rozwijane? (można </w:t>
      </w:r>
      <w:r w:rsidRPr="007749B2">
        <w:rPr>
          <w:b/>
          <w:lang w:val="pl-PL"/>
        </w:rPr>
        <w:t>zaznaczyć kilka)</w:t>
      </w:r>
    </w:p>
    <w:p w14:paraId="5B54004F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łatwiejszy dostęp do psychologa</w:t>
      </w:r>
    </w:p>
    <w:p w14:paraId="409CC73E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wsparcie dzieci i młodzieży</w:t>
      </w:r>
    </w:p>
    <w:p w14:paraId="5994689E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wsparcie rodzin</w:t>
      </w:r>
    </w:p>
    <w:p w14:paraId="2D7E6019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profilaktyka i edukacja</w:t>
      </w:r>
    </w:p>
    <w:p w14:paraId="64396BBB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wsparcie osób samotnych</w:t>
      </w:r>
    </w:p>
    <w:p w14:paraId="09E6DE2C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pomoc w kryzysie</w:t>
      </w:r>
    </w:p>
    <w:p w14:paraId="78E5ED69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wsparcie osób po doświadczeniu przemocy</w:t>
      </w:r>
    </w:p>
    <w:p w14:paraId="27D1D486" w14:textId="481D359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inne</w:t>
      </w:r>
      <w:r w:rsidR="00EE6513">
        <w:rPr>
          <w:lang w:val="pl-PL"/>
        </w:rPr>
        <w:t>, jakie?..............................................................................................................................................</w:t>
      </w:r>
    </w:p>
    <w:p w14:paraId="37D2EA6D" w14:textId="77777777" w:rsidR="007755EF" w:rsidRPr="007749B2" w:rsidRDefault="004C3BAD">
      <w:pPr>
        <w:spacing w:before="140"/>
        <w:rPr>
          <w:lang w:val="pl-PL"/>
        </w:rPr>
      </w:pPr>
      <w:r w:rsidRPr="007749B2">
        <w:rPr>
          <w:b/>
          <w:lang w:val="pl-PL"/>
        </w:rPr>
        <w:t>17. Jakie działania powinny być podejmowane w celu przeciwdziałania uzależnieniom i przemocy?</w:t>
      </w:r>
    </w:p>
    <w:p w14:paraId="317837F5" w14:textId="72954098" w:rsidR="007755EF" w:rsidRPr="007749B2" w:rsidRDefault="004C3BAD">
      <w:pPr>
        <w:rPr>
          <w:lang w:val="pl-PL"/>
        </w:rPr>
      </w:pPr>
      <w:r w:rsidRPr="007749B2">
        <w:rPr>
          <w:lang w:val="pl-PL"/>
        </w:rPr>
        <w:t>.................................................</w:t>
      </w:r>
      <w:r w:rsidRPr="007749B2">
        <w:rPr>
          <w:lang w:val="pl-PL"/>
        </w:rPr>
        <w:t>..................................................</w:t>
      </w:r>
      <w:r w:rsidR="00EE2117">
        <w:rPr>
          <w:lang w:val="pl-PL"/>
        </w:rPr>
        <w:t>....................................</w:t>
      </w:r>
      <w:r w:rsidRPr="007749B2">
        <w:rPr>
          <w:lang w:val="pl-PL"/>
        </w:rPr>
        <w:t>.....</w:t>
      </w:r>
      <w:r>
        <w:rPr>
          <w:lang w:val="pl-PL"/>
        </w:rPr>
        <w:t>..................................................................................................................................................................................................</w:t>
      </w:r>
    </w:p>
    <w:p w14:paraId="76310A4C" w14:textId="77777777" w:rsidR="007755EF" w:rsidRPr="007749B2" w:rsidRDefault="004C3BAD">
      <w:pPr>
        <w:pStyle w:val="Nagwek1"/>
        <w:rPr>
          <w:color w:val="auto"/>
          <w:lang w:val="pl-PL"/>
        </w:rPr>
      </w:pPr>
      <w:r w:rsidRPr="007749B2">
        <w:rPr>
          <w:color w:val="auto"/>
          <w:lang w:val="pl-PL"/>
        </w:rPr>
        <w:lastRenderedPageBreak/>
        <w:t>E. AKTYWNOŚĆ MIESZKAŃCÓ</w:t>
      </w:r>
      <w:r w:rsidRPr="007749B2">
        <w:rPr>
          <w:color w:val="auto"/>
          <w:lang w:val="pl-PL"/>
        </w:rPr>
        <w:t>W I INTEGRACJA</w:t>
      </w:r>
    </w:p>
    <w:p w14:paraId="5264F46D" w14:textId="77777777" w:rsidR="007755EF" w:rsidRPr="007749B2" w:rsidRDefault="004C3BAD">
      <w:pPr>
        <w:spacing w:before="140"/>
        <w:rPr>
          <w:lang w:val="pl-PL"/>
        </w:rPr>
      </w:pPr>
      <w:r w:rsidRPr="007749B2">
        <w:rPr>
          <w:b/>
          <w:lang w:val="pl-PL"/>
        </w:rPr>
        <w:t>18. Jak ocenia Pan/Pani możliwość aktywnego uczestniczenia mieszkańców w życiu społecznym gminy?</w:t>
      </w:r>
    </w:p>
    <w:p w14:paraId="0601EC51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bardzo dobrze</w:t>
      </w:r>
    </w:p>
    <w:p w14:paraId="12D3966D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dobrze</w:t>
      </w:r>
    </w:p>
    <w:p w14:paraId="5A3E9383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przeciętnie</w:t>
      </w:r>
    </w:p>
    <w:p w14:paraId="2DADE01C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źle</w:t>
      </w:r>
    </w:p>
    <w:p w14:paraId="4F11B8A1" w14:textId="22D468C5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bardzo źle</w:t>
      </w:r>
    </w:p>
    <w:p w14:paraId="75E4E176" w14:textId="77777777" w:rsidR="007755EF" w:rsidRPr="007749B2" w:rsidRDefault="004C3BAD">
      <w:pPr>
        <w:spacing w:before="140"/>
        <w:rPr>
          <w:lang w:val="pl-PL"/>
        </w:rPr>
      </w:pPr>
      <w:r w:rsidRPr="007749B2">
        <w:rPr>
          <w:b/>
          <w:lang w:val="pl-PL"/>
        </w:rPr>
        <w:t>19. Co najbardziej zachęciłoby mieszkańców do większej aktywności? (można zaznaczyć ki</w:t>
      </w:r>
      <w:r w:rsidRPr="007749B2">
        <w:rPr>
          <w:b/>
          <w:lang w:val="pl-PL"/>
        </w:rPr>
        <w:t>lka)</w:t>
      </w:r>
    </w:p>
    <w:p w14:paraId="68AA6F11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więcej wydarzeń lokalnych</w:t>
      </w:r>
    </w:p>
    <w:p w14:paraId="6D73BB1C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większa oferta dla młodzieży</w:t>
      </w:r>
    </w:p>
    <w:p w14:paraId="0BDE1C82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większa oferta dla seniorów</w:t>
      </w:r>
    </w:p>
    <w:p w14:paraId="62F85A1A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rozwój wolontariatu</w:t>
      </w:r>
    </w:p>
    <w:p w14:paraId="6CA57E18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inicjatywy sąsiedzkie</w:t>
      </w:r>
    </w:p>
    <w:p w14:paraId="23E35914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wsparcie organizacji pozarządowych</w:t>
      </w:r>
    </w:p>
    <w:p w14:paraId="63DD1F91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małe granty na inicjatywy mieszkańców</w:t>
      </w:r>
    </w:p>
    <w:p w14:paraId="3510EC92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lepsza informacja o dostępnych działaniach</w:t>
      </w:r>
    </w:p>
    <w:p w14:paraId="65507048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większe zaangażowanie sołectw</w:t>
      </w:r>
    </w:p>
    <w:p w14:paraId="59F072CA" w14:textId="487CE390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inne</w:t>
      </w:r>
      <w:r w:rsidR="00EE6513">
        <w:rPr>
          <w:lang w:val="pl-PL"/>
        </w:rPr>
        <w:t>, jakie?..........................................................................................................................................</w:t>
      </w:r>
    </w:p>
    <w:p w14:paraId="78709A27" w14:textId="77777777" w:rsidR="007755EF" w:rsidRPr="007749B2" w:rsidRDefault="004C3BAD">
      <w:pPr>
        <w:spacing w:before="140"/>
        <w:rPr>
          <w:lang w:val="pl-PL"/>
        </w:rPr>
      </w:pPr>
      <w:r w:rsidRPr="007749B2">
        <w:rPr>
          <w:b/>
          <w:lang w:val="pl-PL"/>
        </w:rPr>
        <w:t>20. Czy był(a)by Pan/Pani z</w:t>
      </w:r>
      <w:r w:rsidRPr="007749B2">
        <w:rPr>
          <w:b/>
          <w:lang w:val="pl-PL"/>
        </w:rPr>
        <w:t>ainteresowany(a) udziałem w działaniach społecznych lub wolontariacie?</w:t>
      </w:r>
    </w:p>
    <w:p w14:paraId="12D6C428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tak</w:t>
      </w:r>
    </w:p>
    <w:p w14:paraId="542FDAEB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raczej tak</w:t>
      </w:r>
    </w:p>
    <w:p w14:paraId="4AEE3F8A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raczej nie</w:t>
      </w:r>
    </w:p>
    <w:p w14:paraId="310866A1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nie</w:t>
      </w:r>
    </w:p>
    <w:p w14:paraId="3D3D61B8" w14:textId="77777777" w:rsidR="007755EF" w:rsidRPr="007749B2" w:rsidRDefault="004C3BAD">
      <w:pPr>
        <w:pStyle w:val="Nagwek1"/>
        <w:rPr>
          <w:color w:val="auto"/>
          <w:lang w:val="pl-PL"/>
        </w:rPr>
      </w:pPr>
      <w:r w:rsidRPr="007749B2">
        <w:rPr>
          <w:color w:val="auto"/>
          <w:lang w:val="pl-PL"/>
        </w:rPr>
        <w:t>F. DEINSTYTUCJONALIZACJA I USŁUGI BLISKO MIESZKAŃCA</w:t>
      </w:r>
    </w:p>
    <w:p w14:paraId="76DAAEB3" w14:textId="77777777" w:rsidR="007755EF" w:rsidRPr="007749B2" w:rsidRDefault="004C3BAD">
      <w:pPr>
        <w:spacing w:before="140"/>
        <w:rPr>
          <w:lang w:val="pl-PL"/>
        </w:rPr>
      </w:pPr>
      <w:r w:rsidRPr="007749B2">
        <w:rPr>
          <w:b/>
          <w:lang w:val="pl-PL"/>
        </w:rPr>
        <w:t xml:space="preserve">21. Czy uważa Pan/Pani, że osoby wymagające wsparcia powinny mieć możliwość jak najdłuższego </w:t>
      </w:r>
      <w:r w:rsidRPr="007749B2">
        <w:rPr>
          <w:b/>
          <w:lang w:val="pl-PL"/>
        </w:rPr>
        <w:t>pozostawania w swoim środowisku zamieszkania, jeżeli jest to bezpieczne i możliwe?</w:t>
      </w:r>
    </w:p>
    <w:p w14:paraId="3E6D0795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zdecydowanie tak</w:t>
      </w:r>
    </w:p>
    <w:p w14:paraId="77C8B106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raczej tak</w:t>
      </w:r>
    </w:p>
    <w:p w14:paraId="693C2179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raczej nie</w:t>
      </w:r>
    </w:p>
    <w:p w14:paraId="42DD072F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zdecydowanie nie</w:t>
      </w:r>
    </w:p>
    <w:p w14:paraId="4A05EC0E" w14:textId="77777777" w:rsidR="007755EF" w:rsidRPr="007749B2" w:rsidRDefault="004C3BAD">
      <w:pPr>
        <w:spacing w:before="140"/>
        <w:rPr>
          <w:lang w:val="pl-PL"/>
        </w:rPr>
      </w:pPr>
      <w:r w:rsidRPr="007749B2">
        <w:rPr>
          <w:b/>
          <w:lang w:val="pl-PL"/>
        </w:rPr>
        <w:t>22. Jakie usługi powinny być rozwijane bliżej miejsca zamieszkania mieszkańców? (można zaznaczyć kilka)</w:t>
      </w:r>
    </w:p>
    <w:p w14:paraId="603D9E84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opi</w:t>
      </w:r>
      <w:r w:rsidRPr="007749B2">
        <w:rPr>
          <w:lang w:val="pl-PL"/>
        </w:rPr>
        <w:t>eka i pomoc w domu</w:t>
      </w:r>
    </w:p>
    <w:p w14:paraId="36F70818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usługi sąsiedzkie</w:t>
      </w:r>
    </w:p>
    <w:p w14:paraId="3DFE47E7" w14:textId="5D33A640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lastRenderedPageBreak/>
        <w:t>☐</w:t>
      </w:r>
      <w:r w:rsidRPr="007749B2">
        <w:rPr>
          <w:lang w:val="pl-PL"/>
        </w:rPr>
        <w:t xml:space="preserve"> transport</w:t>
      </w:r>
      <w:r w:rsidR="00EE6513">
        <w:rPr>
          <w:lang w:val="pl-PL"/>
        </w:rPr>
        <w:t xml:space="preserve"> dla osób mających trudności z samodzielnym przemieszczaniem się</w:t>
      </w:r>
    </w:p>
    <w:p w14:paraId="5F1931D2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rehabilitacja</w:t>
      </w:r>
    </w:p>
    <w:p w14:paraId="64993B60" w14:textId="36CCB325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poradnictwo</w:t>
      </w:r>
      <w:r w:rsidR="00EE6513">
        <w:rPr>
          <w:lang w:val="pl-PL"/>
        </w:rPr>
        <w:t xml:space="preserve"> prawne, socjalne i obywatelskie</w:t>
      </w:r>
    </w:p>
    <w:p w14:paraId="6587B5E7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wsparcie psychologiczne</w:t>
      </w:r>
    </w:p>
    <w:p w14:paraId="7D11BBAF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wsparcie osób z niepełnosprawnościami</w:t>
      </w:r>
    </w:p>
    <w:p w14:paraId="2C5A29C1" w14:textId="0057E7DF" w:rsidR="007755EF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wsparcie ro</w:t>
      </w:r>
      <w:r w:rsidRPr="007749B2">
        <w:rPr>
          <w:lang w:val="pl-PL"/>
        </w:rPr>
        <w:t>dzin</w:t>
      </w:r>
      <w:r w:rsidR="00EE6513">
        <w:rPr>
          <w:lang w:val="pl-PL"/>
        </w:rPr>
        <w:t xml:space="preserve"> i dzieci</w:t>
      </w:r>
    </w:p>
    <w:p w14:paraId="571086CB" w14:textId="77777777" w:rsidR="00EE6513" w:rsidRPr="00EE6513" w:rsidRDefault="00EE6513" w:rsidP="00EE6513">
      <w:pPr>
        <w:spacing w:after="40"/>
        <w:rPr>
          <w:lang w:val="pl-PL"/>
        </w:rPr>
      </w:pPr>
      <w:r w:rsidRPr="00EE6513">
        <w:rPr>
          <w:rFonts w:ascii="Segoe UI Symbol" w:hAnsi="Segoe UI Symbol" w:cs="Segoe UI Symbol"/>
          <w:lang w:val="pl-PL"/>
        </w:rPr>
        <w:t>☐</w:t>
      </w:r>
      <w:r w:rsidRPr="00EE6513">
        <w:rPr>
          <w:lang w:val="pl-PL"/>
        </w:rPr>
        <w:t xml:space="preserve"> wsparcie seniorów</w:t>
      </w:r>
    </w:p>
    <w:p w14:paraId="30100798" w14:textId="62E1B666" w:rsidR="00EE6513" w:rsidRPr="00EE6513" w:rsidRDefault="00EE6513" w:rsidP="00EE6513">
      <w:pPr>
        <w:spacing w:after="40"/>
        <w:rPr>
          <w:lang w:val="pl-PL"/>
        </w:rPr>
      </w:pPr>
      <w:r w:rsidRPr="00EE6513">
        <w:rPr>
          <w:rFonts w:ascii="Segoe UI Symbol" w:hAnsi="Segoe UI Symbol" w:cs="Segoe UI Symbol"/>
          <w:lang w:val="pl-PL"/>
        </w:rPr>
        <w:t>☐</w:t>
      </w:r>
      <w:r w:rsidRPr="00EE6513">
        <w:rPr>
          <w:lang w:val="pl-PL"/>
        </w:rPr>
        <w:t xml:space="preserve"> opieka </w:t>
      </w:r>
      <w:proofErr w:type="spellStart"/>
      <w:r w:rsidRPr="00EE6513">
        <w:rPr>
          <w:lang w:val="pl-PL"/>
        </w:rPr>
        <w:t>wytchnieniowa</w:t>
      </w:r>
      <w:proofErr w:type="spellEnd"/>
      <w:r w:rsidRPr="00EE6513">
        <w:rPr>
          <w:lang w:val="pl-PL"/>
        </w:rPr>
        <w:t xml:space="preserve"> dla opiekun</w:t>
      </w:r>
      <w:r w:rsidRPr="00EE6513">
        <w:rPr>
          <w:rFonts w:cs="Arial"/>
          <w:lang w:val="pl-PL"/>
        </w:rPr>
        <w:t>ó</w:t>
      </w:r>
      <w:r w:rsidRPr="00EE6513">
        <w:rPr>
          <w:lang w:val="pl-PL"/>
        </w:rPr>
        <w:t>w os</w:t>
      </w:r>
      <w:r w:rsidRPr="00EE6513">
        <w:rPr>
          <w:rFonts w:cs="Arial"/>
          <w:lang w:val="pl-PL"/>
        </w:rPr>
        <w:t>ó</w:t>
      </w:r>
      <w:r w:rsidRPr="00EE6513">
        <w:rPr>
          <w:lang w:val="pl-PL"/>
        </w:rPr>
        <w:t>b zale</w:t>
      </w:r>
      <w:r w:rsidRPr="00EE6513">
        <w:rPr>
          <w:rFonts w:cs="Arial"/>
          <w:lang w:val="pl-PL"/>
        </w:rPr>
        <w:t>ż</w:t>
      </w:r>
      <w:r w:rsidRPr="00EE6513">
        <w:rPr>
          <w:lang w:val="pl-PL"/>
        </w:rPr>
        <w:t>nych</w:t>
      </w:r>
    </w:p>
    <w:p w14:paraId="720010A2" w14:textId="081F4744" w:rsidR="00EE6513" w:rsidRPr="00EE6513" w:rsidRDefault="00EE6513" w:rsidP="00EE6513">
      <w:pPr>
        <w:spacing w:after="40"/>
        <w:rPr>
          <w:lang w:val="pl-PL"/>
        </w:rPr>
      </w:pPr>
      <w:r w:rsidRPr="00EE6513">
        <w:rPr>
          <w:rFonts w:ascii="Segoe UI Symbol" w:hAnsi="Segoe UI Symbol" w:cs="Segoe UI Symbol"/>
          <w:lang w:val="pl-PL"/>
        </w:rPr>
        <w:t>☐</w:t>
      </w:r>
      <w:r w:rsidRPr="00EE6513">
        <w:rPr>
          <w:lang w:val="pl-PL"/>
        </w:rPr>
        <w:t xml:space="preserve"> asystencja dla os</w:t>
      </w:r>
      <w:r w:rsidRPr="00EE6513">
        <w:rPr>
          <w:rFonts w:cs="Arial"/>
          <w:lang w:val="pl-PL"/>
        </w:rPr>
        <w:t>ó</w:t>
      </w:r>
      <w:r w:rsidRPr="00EE6513">
        <w:rPr>
          <w:lang w:val="pl-PL"/>
        </w:rPr>
        <w:t>b z niepe</w:t>
      </w:r>
      <w:r w:rsidRPr="00EE6513">
        <w:rPr>
          <w:rFonts w:cs="Arial"/>
          <w:lang w:val="pl-PL"/>
        </w:rPr>
        <w:t>ł</w:t>
      </w:r>
      <w:r w:rsidRPr="00EE6513">
        <w:rPr>
          <w:lang w:val="pl-PL"/>
        </w:rPr>
        <w:t>nosprawno</w:t>
      </w:r>
      <w:r w:rsidRPr="00EE6513">
        <w:rPr>
          <w:rFonts w:cs="Arial"/>
          <w:lang w:val="pl-PL"/>
        </w:rPr>
        <w:t>ś</w:t>
      </w:r>
      <w:r w:rsidRPr="00EE6513">
        <w:rPr>
          <w:lang w:val="pl-PL"/>
        </w:rPr>
        <w:t>ciami</w:t>
      </w:r>
    </w:p>
    <w:p w14:paraId="078AFC75" w14:textId="32FDB7DF" w:rsidR="00EE6513" w:rsidRPr="00EE6513" w:rsidRDefault="00EE6513" w:rsidP="00EE6513">
      <w:pPr>
        <w:spacing w:after="40"/>
        <w:rPr>
          <w:lang w:val="pl-PL"/>
        </w:rPr>
      </w:pPr>
      <w:r w:rsidRPr="00EE6513">
        <w:rPr>
          <w:rFonts w:ascii="Segoe UI Symbol" w:hAnsi="Segoe UI Symbol" w:cs="Segoe UI Symbol"/>
          <w:lang w:val="pl-PL"/>
        </w:rPr>
        <w:t>☐</w:t>
      </w:r>
      <w:r w:rsidRPr="00EE6513">
        <w:rPr>
          <w:lang w:val="pl-PL"/>
        </w:rPr>
        <w:t xml:space="preserve"> pomoc w codziennych czynno</w:t>
      </w:r>
      <w:r w:rsidRPr="00EE6513">
        <w:rPr>
          <w:rFonts w:cs="Arial"/>
          <w:lang w:val="pl-PL"/>
        </w:rPr>
        <w:t>ś</w:t>
      </w:r>
      <w:r w:rsidRPr="00EE6513">
        <w:rPr>
          <w:lang w:val="pl-PL"/>
        </w:rPr>
        <w:t>ciach i prowadzeniu gospodarstwa domowego</w:t>
      </w:r>
    </w:p>
    <w:p w14:paraId="7A03D3AA" w14:textId="4A83BA61" w:rsidR="00EE6513" w:rsidRPr="00EE6513" w:rsidRDefault="00EE6513" w:rsidP="00EE6513">
      <w:pPr>
        <w:spacing w:after="40"/>
        <w:rPr>
          <w:lang w:val="pl-PL"/>
        </w:rPr>
      </w:pPr>
      <w:r w:rsidRPr="00EE6513">
        <w:rPr>
          <w:rFonts w:ascii="Segoe UI Symbol" w:hAnsi="Segoe UI Symbol" w:cs="Segoe UI Symbol"/>
          <w:lang w:val="pl-PL"/>
        </w:rPr>
        <w:t>☐</w:t>
      </w:r>
      <w:r w:rsidRPr="00EE6513">
        <w:rPr>
          <w:lang w:val="pl-PL"/>
        </w:rPr>
        <w:t xml:space="preserve"> dostarczanie posi</w:t>
      </w:r>
      <w:r w:rsidRPr="00EE6513">
        <w:rPr>
          <w:rFonts w:cs="Arial"/>
          <w:lang w:val="pl-PL"/>
        </w:rPr>
        <w:t>ł</w:t>
      </w:r>
      <w:r w:rsidRPr="00EE6513">
        <w:rPr>
          <w:lang w:val="pl-PL"/>
        </w:rPr>
        <w:t>k</w:t>
      </w:r>
      <w:r w:rsidRPr="00EE6513">
        <w:rPr>
          <w:rFonts w:cs="Arial"/>
          <w:lang w:val="pl-PL"/>
        </w:rPr>
        <w:t>ó</w:t>
      </w:r>
      <w:r w:rsidRPr="00EE6513">
        <w:rPr>
          <w:lang w:val="pl-PL"/>
        </w:rPr>
        <w:t>w do miejsca zamieszkania</w:t>
      </w:r>
    </w:p>
    <w:p w14:paraId="7FDC25AD" w14:textId="3A92094F" w:rsidR="00EE6513" w:rsidRPr="00EE6513" w:rsidRDefault="00EE6513" w:rsidP="00EE6513">
      <w:pPr>
        <w:spacing w:after="40"/>
        <w:rPr>
          <w:lang w:val="pl-PL"/>
        </w:rPr>
      </w:pPr>
      <w:r w:rsidRPr="00EE6513">
        <w:rPr>
          <w:rFonts w:ascii="Segoe UI Symbol" w:hAnsi="Segoe UI Symbol" w:cs="Segoe UI Symbol"/>
          <w:lang w:val="pl-PL"/>
        </w:rPr>
        <w:t>☐</w:t>
      </w:r>
      <w:r w:rsidRPr="00EE6513">
        <w:rPr>
          <w:lang w:val="pl-PL"/>
        </w:rPr>
        <w:t xml:space="preserve"> us</w:t>
      </w:r>
      <w:r w:rsidRPr="00EE6513">
        <w:rPr>
          <w:rFonts w:cs="Arial"/>
          <w:lang w:val="pl-PL"/>
        </w:rPr>
        <w:t>ł</w:t>
      </w:r>
      <w:r w:rsidRPr="00EE6513">
        <w:rPr>
          <w:lang w:val="pl-PL"/>
        </w:rPr>
        <w:t>ugi zdrowotne i piel</w:t>
      </w:r>
      <w:r w:rsidRPr="00EE6513">
        <w:rPr>
          <w:rFonts w:cs="Arial"/>
          <w:lang w:val="pl-PL"/>
        </w:rPr>
        <w:t>ę</w:t>
      </w:r>
      <w:r w:rsidRPr="00EE6513">
        <w:rPr>
          <w:lang w:val="pl-PL"/>
        </w:rPr>
        <w:t xml:space="preserve">gnacyjne </w:t>
      </w:r>
      <w:r w:rsidRPr="00EE6513">
        <w:rPr>
          <w:rFonts w:cs="Arial"/>
          <w:lang w:val="pl-PL"/>
        </w:rPr>
        <w:t>ś</w:t>
      </w:r>
      <w:r w:rsidRPr="00EE6513">
        <w:rPr>
          <w:lang w:val="pl-PL"/>
        </w:rPr>
        <w:t>wiadczone w domu</w:t>
      </w:r>
    </w:p>
    <w:p w14:paraId="3B9E670B" w14:textId="0F7BEF06" w:rsidR="00EE6513" w:rsidRPr="00EE6513" w:rsidRDefault="00EE6513" w:rsidP="00EE6513">
      <w:pPr>
        <w:spacing w:after="40"/>
        <w:rPr>
          <w:lang w:val="pl-PL"/>
        </w:rPr>
      </w:pPr>
      <w:r w:rsidRPr="00EE6513">
        <w:rPr>
          <w:rFonts w:ascii="Segoe UI Symbol" w:hAnsi="Segoe UI Symbol" w:cs="Segoe UI Symbol"/>
          <w:lang w:val="pl-PL"/>
        </w:rPr>
        <w:t>☐</w:t>
      </w:r>
      <w:r w:rsidRPr="00EE6513">
        <w:rPr>
          <w:lang w:val="pl-PL"/>
        </w:rPr>
        <w:t xml:space="preserve"> wsparcie dla os</w:t>
      </w:r>
      <w:r w:rsidRPr="00EE6513">
        <w:rPr>
          <w:rFonts w:cs="Arial"/>
          <w:lang w:val="pl-PL"/>
        </w:rPr>
        <w:t>ó</w:t>
      </w:r>
      <w:r w:rsidRPr="00EE6513">
        <w:rPr>
          <w:lang w:val="pl-PL"/>
        </w:rPr>
        <w:t>b samotnych i zagro</w:t>
      </w:r>
      <w:r w:rsidRPr="00EE6513">
        <w:rPr>
          <w:rFonts w:cs="Arial"/>
          <w:lang w:val="pl-PL"/>
        </w:rPr>
        <w:t>ż</w:t>
      </w:r>
      <w:r w:rsidRPr="00EE6513">
        <w:rPr>
          <w:lang w:val="pl-PL"/>
        </w:rPr>
        <w:t>onych izolacj</w:t>
      </w:r>
      <w:r w:rsidRPr="00EE6513">
        <w:rPr>
          <w:rFonts w:cs="Arial"/>
          <w:lang w:val="pl-PL"/>
        </w:rPr>
        <w:t>ą</w:t>
      </w:r>
      <w:r w:rsidRPr="00EE6513">
        <w:rPr>
          <w:lang w:val="pl-PL"/>
        </w:rPr>
        <w:t xml:space="preserve"> spo</w:t>
      </w:r>
      <w:r w:rsidRPr="00EE6513">
        <w:rPr>
          <w:rFonts w:cs="Arial"/>
          <w:lang w:val="pl-PL"/>
        </w:rPr>
        <w:t>ł</w:t>
      </w:r>
      <w:r w:rsidRPr="00EE6513">
        <w:rPr>
          <w:lang w:val="pl-PL"/>
        </w:rPr>
        <w:t>eczn</w:t>
      </w:r>
      <w:r w:rsidRPr="00EE6513">
        <w:rPr>
          <w:rFonts w:cs="Arial"/>
          <w:lang w:val="pl-PL"/>
        </w:rPr>
        <w:t>ą</w:t>
      </w:r>
    </w:p>
    <w:p w14:paraId="46E3DAF3" w14:textId="208D6C0F" w:rsidR="00EE6513" w:rsidRPr="00EE6513" w:rsidRDefault="00EE6513" w:rsidP="00EE6513">
      <w:pPr>
        <w:spacing w:after="40"/>
        <w:rPr>
          <w:lang w:val="pl-PL"/>
        </w:rPr>
      </w:pPr>
      <w:r w:rsidRPr="00EE6513">
        <w:rPr>
          <w:rFonts w:ascii="Segoe UI Symbol" w:hAnsi="Segoe UI Symbol" w:cs="Segoe UI Symbol"/>
          <w:lang w:val="pl-PL"/>
        </w:rPr>
        <w:t>☐</w:t>
      </w:r>
      <w:r w:rsidRPr="00EE6513">
        <w:rPr>
          <w:lang w:val="pl-PL"/>
        </w:rPr>
        <w:t xml:space="preserve"> zaj</w:t>
      </w:r>
      <w:r w:rsidRPr="00EE6513">
        <w:rPr>
          <w:rFonts w:cs="Arial"/>
          <w:lang w:val="pl-PL"/>
        </w:rPr>
        <w:t>ę</w:t>
      </w:r>
      <w:r w:rsidRPr="00EE6513">
        <w:rPr>
          <w:lang w:val="pl-PL"/>
        </w:rPr>
        <w:t>cia i miejsca spotka</w:t>
      </w:r>
      <w:r w:rsidRPr="00EE6513">
        <w:rPr>
          <w:rFonts w:cs="Arial"/>
          <w:lang w:val="pl-PL"/>
        </w:rPr>
        <w:t>ń</w:t>
      </w:r>
      <w:r w:rsidRPr="00EE6513">
        <w:rPr>
          <w:lang w:val="pl-PL"/>
        </w:rPr>
        <w:t xml:space="preserve"> dla senior</w:t>
      </w:r>
      <w:r w:rsidRPr="00EE6513">
        <w:rPr>
          <w:rFonts w:cs="Arial"/>
          <w:lang w:val="pl-PL"/>
        </w:rPr>
        <w:t>ó</w:t>
      </w:r>
      <w:r w:rsidRPr="00EE6513">
        <w:rPr>
          <w:lang w:val="pl-PL"/>
        </w:rPr>
        <w:t>w</w:t>
      </w:r>
    </w:p>
    <w:p w14:paraId="2E5380D5" w14:textId="6C773BBC" w:rsidR="00EE6513" w:rsidRPr="00EE6513" w:rsidRDefault="00EE6513" w:rsidP="00EE6513">
      <w:pPr>
        <w:spacing w:after="40"/>
        <w:rPr>
          <w:lang w:val="pl-PL"/>
        </w:rPr>
      </w:pPr>
      <w:r w:rsidRPr="00EE6513">
        <w:rPr>
          <w:rFonts w:ascii="Segoe UI Symbol" w:hAnsi="Segoe UI Symbol" w:cs="Segoe UI Symbol"/>
          <w:lang w:val="pl-PL"/>
        </w:rPr>
        <w:t>☐</w:t>
      </w:r>
      <w:r w:rsidRPr="00EE6513">
        <w:rPr>
          <w:lang w:val="pl-PL"/>
        </w:rPr>
        <w:t xml:space="preserve"> wsparcie dla dzieci i m</w:t>
      </w:r>
      <w:r w:rsidRPr="00EE6513">
        <w:rPr>
          <w:rFonts w:cs="Arial"/>
          <w:lang w:val="pl-PL"/>
        </w:rPr>
        <w:t>ł</w:t>
      </w:r>
      <w:r w:rsidRPr="00EE6513">
        <w:rPr>
          <w:lang w:val="pl-PL"/>
        </w:rPr>
        <w:t>odzie</w:t>
      </w:r>
      <w:r w:rsidRPr="00EE6513">
        <w:rPr>
          <w:rFonts w:cs="Arial"/>
          <w:lang w:val="pl-PL"/>
        </w:rPr>
        <w:t>ż</w:t>
      </w:r>
      <w:r w:rsidRPr="00EE6513">
        <w:rPr>
          <w:lang w:val="pl-PL"/>
        </w:rPr>
        <w:t>y, w tym zaj</w:t>
      </w:r>
      <w:r w:rsidRPr="00EE6513">
        <w:rPr>
          <w:rFonts w:cs="Arial"/>
          <w:lang w:val="pl-PL"/>
        </w:rPr>
        <w:t>ę</w:t>
      </w:r>
      <w:r w:rsidRPr="00EE6513">
        <w:rPr>
          <w:lang w:val="pl-PL"/>
        </w:rPr>
        <w:t>cia pozalekcyjne</w:t>
      </w:r>
    </w:p>
    <w:p w14:paraId="54823C13" w14:textId="353B95A8" w:rsidR="00EE6513" w:rsidRPr="00EE6513" w:rsidRDefault="00EE6513" w:rsidP="00EE6513">
      <w:pPr>
        <w:spacing w:after="40"/>
        <w:rPr>
          <w:lang w:val="pl-PL"/>
        </w:rPr>
      </w:pPr>
      <w:r w:rsidRPr="00EE6513">
        <w:rPr>
          <w:rFonts w:ascii="Segoe UI Symbol" w:hAnsi="Segoe UI Symbol" w:cs="Segoe UI Symbol"/>
          <w:lang w:val="pl-PL"/>
        </w:rPr>
        <w:t>☐</w:t>
      </w:r>
      <w:r w:rsidRPr="00EE6513">
        <w:rPr>
          <w:lang w:val="pl-PL"/>
        </w:rPr>
        <w:t xml:space="preserve"> wsparcie dla os</w:t>
      </w:r>
      <w:r w:rsidRPr="00EE6513">
        <w:rPr>
          <w:rFonts w:cs="Arial"/>
          <w:lang w:val="pl-PL"/>
        </w:rPr>
        <w:t>ó</w:t>
      </w:r>
      <w:r w:rsidRPr="00EE6513">
        <w:rPr>
          <w:lang w:val="pl-PL"/>
        </w:rPr>
        <w:t>b w kryzysie psychicznym</w:t>
      </w:r>
    </w:p>
    <w:p w14:paraId="234796CC" w14:textId="49E91955" w:rsidR="00EE6513" w:rsidRPr="00EE6513" w:rsidRDefault="00EE6513" w:rsidP="00EE6513">
      <w:pPr>
        <w:spacing w:after="40"/>
        <w:rPr>
          <w:lang w:val="pl-PL"/>
        </w:rPr>
      </w:pPr>
      <w:r w:rsidRPr="00EE6513">
        <w:rPr>
          <w:rFonts w:ascii="Segoe UI Symbol" w:hAnsi="Segoe UI Symbol" w:cs="Segoe UI Symbol"/>
          <w:lang w:val="pl-PL"/>
        </w:rPr>
        <w:t>☐</w:t>
      </w:r>
      <w:r w:rsidRPr="00EE6513">
        <w:rPr>
          <w:lang w:val="pl-PL"/>
        </w:rPr>
        <w:t xml:space="preserve"> pomoc dla os</w:t>
      </w:r>
      <w:r w:rsidRPr="00EE6513">
        <w:rPr>
          <w:rFonts w:cs="Arial"/>
          <w:lang w:val="pl-PL"/>
        </w:rPr>
        <w:t>ó</w:t>
      </w:r>
      <w:r w:rsidRPr="00EE6513">
        <w:rPr>
          <w:lang w:val="pl-PL"/>
        </w:rPr>
        <w:t>b w kryzysie lub trudnej sytuacji życiowej</w:t>
      </w:r>
    </w:p>
    <w:p w14:paraId="0C70C72F" w14:textId="0E7DC0C7" w:rsidR="00EE6513" w:rsidRPr="00EE6513" w:rsidRDefault="00EE6513" w:rsidP="00EE6513">
      <w:pPr>
        <w:spacing w:after="40"/>
        <w:rPr>
          <w:lang w:val="pl-PL"/>
        </w:rPr>
      </w:pPr>
      <w:r w:rsidRPr="00EE6513">
        <w:rPr>
          <w:rFonts w:ascii="Segoe UI Symbol" w:hAnsi="Segoe UI Symbol" w:cs="Segoe UI Symbol"/>
          <w:lang w:val="pl-PL"/>
        </w:rPr>
        <w:t>☐</w:t>
      </w:r>
      <w:r w:rsidRPr="00EE6513">
        <w:rPr>
          <w:lang w:val="pl-PL"/>
        </w:rPr>
        <w:t xml:space="preserve"> pomoc w za</w:t>
      </w:r>
      <w:r w:rsidRPr="00EE6513">
        <w:rPr>
          <w:rFonts w:cs="Arial"/>
          <w:lang w:val="pl-PL"/>
        </w:rPr>
        <w:t>ł</w:t>
      </w:r>
      <w:r w:rsidRPr="00EE6513">
        <w:rPr>
          <w:lang w:val="pl-PL"/>
        </w:rPr>
        <w:t>atwianiu spraw urzędowych i korzystaniu z usług publicznych</w:t>
      </w:r>
    </w:p>
    <w:p w14:paraId="1A008A49" w14:textId="73C1C461" w:rsidR="007755EF" w:rsidRPr="007749B2" w:rsidRDefault="00EE6513">
      <w:pPr>
        <w:spacing w:after="40"/>
        <w:rPr>
          <w:lang w:val="pl-PL"/>
        </w:rPr>
      </w:pPr>
      <w:r w:rsidRPr="00EE6513">
        <w:rPr>
          <w:rFonts w:ascii="Segoe UI Symbol" w:hAnsi="Segoe UI Symbol" w:cs="Segoe UI Symbol"/>
          <w:lang w:val="pl-PL"/>
        </w:rPr>
        <w:t>☐</w:t>
      </w:r>
      <w:r w:rsidRPr="00EE6513">
        <w:rPr>
          <w:lang w:val="pl-PL"/>
        </w:rPr>
        <w:t xml:space="preserve"> inne, jakie? ....................................</w:t>
      </w:r>
      <w:r>
        <w:rPr>
          <w:lang w:val="pl-PL"/>
        </w:rPr>
        <w:t>...........................................................................................</w:t>
      </w:r>
    </w:p>
    <w:p w14:paraId="21C5DCB3" w14:textId="77777777" w:rsidR="007755EF" w:rsidRPr="007749B2" w:rsidRDefault="004C3BAD">
      <w:pPr>
        <w:pStyle w:val="Nagwek1"/>
        <w:rPr>
          <w:color w:val="auto"/>
          <w:lang w:val="pl-PL"/>
        </w:rPr>
      </w:pPr>
      <w:r w:rsidRPr="007749B2">
        <w:rPr>
          <w:color w:val="auto"/>
          <w:lang w:val="pl-PL"/>
        </w:rPr>
        <w:t>G. PRIORYTETY NA LATA 2027–2033</w:t>
      </w:r>
    </w:p>
    <w:p w14:paraId="3EB09220" w14:textId="77777777" w:rsidR="007755EF" w:rsidRPr="007749B2" w:rsidRDefault="004C3BAD">
      <w:pPr>
        <w:spacing w:before="140"/>
        <w:rPr>
          <w:lang w:val="pl-PL"/>
        </w:rPr>
      </w:pPr>
      <w:r w:rsidRPr="007749B2">
        <w:rPr>
          <w:b/>
          <w:lang w:val="pl-PL"/>
        </w:rPr>
        <w:t>23. Gdyby miał(a) Pan/Pani wskazać tylko 5 obszarów, w które Gmina powinna w pierwszej kolejności inwestować w latach 2027–2033, co by Pan/Pani wybrał(a)?</w:t>
      </w:r>
    </w:p>
    <w:p w14:paraId="16E299F6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rodzina i dzieci</w:t>
      </w:r>
    </w:p>
    <w:p w14:paraId="0E393F06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młodzież</w:t>
      </w:r>
    </w:p>
    <w:p w14:paraId="453375B0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seniorzy</w:t>
      </w:r>
    </w:p>
    <w:p w14:paraId="6236B6BB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osoby z niepełnosprawnościami</w:t>
      </w:r>
    </w:p>
    <w:p w14:paraId="680CFCF2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zdrowie psychiczne</w:t>
      </w:r>
    </w:p>
    <w:p w14:paraId="5550C806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usługi społeczne w miejscu zamieszkania</w:t>
      </w:r>
    </w:p>
    <w:p w14:paraId="17166E8A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aktywizacja zawodowa</w:t>
      </w:r>
    </w:p>
    <w:p w14:paraId="529B6E3C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przeciwdziałanie ubóstwu i wykluczeniu</w:t>
      </w:r>
    </w:p>
    <w:p w14:paraId="2FE0E64A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przeciwdziałanie uzależnieniom i przemocy</w:t>
      </w:r>
    </w:p>
    <w:p w14:paraId="61EF6D56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mieszkalnictwo</w:t>
      </w:r>
    </w:p>
    <w:p w14:paraId="39426EE2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transport i dostępność komunikacyjn</w:t>
      </w:r>
      <w:r w:rsidRPr="007749B2">
        <w:rPr>
          <w:lang w:val="pl-PL"/>
        </w:rPr>
        <w:t>a</w:t>
      </w:r>
    </w:p>
    <w:p w14:paraId="44A4AA7E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wolontariat i aktywność obywatelska</w:t>
      </w:r>
    </w:p>
    <w:p w14:paraId="7C2D8E2B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integracja mieszkańców</w:t>
      </w:r>
    </w:p>
    <w:p w14:paraId="7AB4051F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bezpieczeństwo społeczne</w:t>
      </w:r>
    </w:p>
    <w:p w14:paraId="6735800E" w14:textId="77777777" w:rsidR="007755EF" w:rsidRPr="007749B2" w:rsidRDefault="004C3BAD">
      <w:pPr>
        <w:spacing w:after="40"/>
        <w:rPr>
          <w:lang w:val="pl-PL"/>
        </w:rPr>
      </w:pPr>
      <w:r w:rsidRPr="007749B2">
        <w:rPr>
          <w:lang w:val="pl-PL"/>
        </w:rPr>
        <w:t>☐</w:t>
      </w:r>
      <w:r w:rsidRPr="007749B2">
        <w:rPr>
          <w:lang w:val="pl-PL"/>
        </w:rPr>
        <w:t xml:space="preserve"> inne</w:t>
      </w:r>
    </w:p>
    <w:p w14:paraId="78FAE287" w14:textId="77777777" w:rsidR="00EE6513" w:rsidRDefault="004C3BAD" w:rsidP="00EE6513">
      <w:pPr>
        <w:spacing w:before="140"/>
        <w:rPr>
          <w:b/>
          <w:lang w:val="pl-PL"/>
        </w:rPr>
      </w:pPr>
      <w:r w:rsidRPr="007749B2">
        <w:rPr>
          <w:b/>
          <w:lang w:val="pl-PL"/>
        </w:rPr>
        <w:lastRenderedPageBreak/>
        <w:t xml:space="preserve">24. </w:t>
      </w:r>
      <w:r w:rsidR="00EE6513" w:rsidRPr="00EE6513">
        <w:rPr>
          <w:b/>
          <w:lang w:val="pl-PL"/>
        </w:rPr>
        <w:t>Jakie trzy rzeczy powinny, Pani/Pana zdaniem, zmienić się lub zostać rozwinięte w Gminie w latach 2027–2033, aby mieszkańcom żyło się lepiej?</w:t>
      </w:r>
    </w:p>
    <w:p w14:paraId="30453D2F" w14:textId="5C385AA9" w:rsidR="007755EF" w:rsidRPr="007749B2" w:rsidRDefault="004C3BAD" w:rsidP="00EE6513">
      <w:pPr>
        <w:spacing w:before="140"/>
        <w:rPr>
          <w:lang w:val="pl-PL"/>
        </w:rPr>
      </w:pPr>
      <w:r w:rsidRPr="007749B2">
        <w:rPr>
          <w:lang w:val="pl-PL"/>
        </w:rPr>
        <w:t xml:space="preserve">1. </w:t>
      </w:r>
      <w:r w:rsidRPr="007749B2">
        <w:rPr>
          <w:lang w:val="pl-PL"/>
        </w:rPr>
        <w:t>....................................................................................................</w:t>
      </w:r>
    </w:p>
    <w:p w14:paraId="6B4907C4" w14:textId="77777777" w:rsidR="007755EF" w:rsidRPr="007749B2" w:rsidRDefault="004C3BAD">
      <w:pPr>
        <w:rPr>
          <w:lang w:val="pl-PL"/>
        </w:rPr>
      </w:pPr>
      <w:r w:rsidRPr="007749B2">
        <w:rPr>
          <w:lang w:val="pl-PL"/>
        </w:rPr>
        <w:t>2. ....................................................................................................</w:t>
      </w:r>
    </w:p>
    <w:p w14:paraId="6BBBE648" w14:textId="77777777" w:rsidR="007755EF" w:rsidRPr="007749B2" w:rsidRDefault="004C3BAD">
      <w:pPr>
        <w:rPr>
          <w:lang w:val="pl-PL"/>
        </w:rPr>
      </w:pPr>
      <w:r w:rsidRPr="007749B2">
        <w:rPr>
          <w:lang w:val="pl-PL"/>
        </w:rPr>
        <w:t>3. ................................................</w:t>
      </w:r>
      <w:r w:rsidRPr="007749B2">
        <w:rPr>
          <w:lang w:val="pl-PL"/>
        </w:rPr>
        <w:t>....................................................</w:t>
      </w:r>
    </w:p>
    <w:p w14:paraId="25AEDF2E" w14:textId="47C994DD" w:rsidR="00EE6513" w:rsidRPr="00EE6513" w:rsidRDefault="004C3BAD" w:rsidP="00EE6513">
      <w:pPr>
        <w:spacing w:before="140"/>
        <w:rPr>
          <w:b/>
          <w:lang w:val="pl-PL"/>
        </w:rPr>
      </w:pPr>
      <w:r w:rsidRPr="007749B2">
        <w:rPr>
          <w:b/>
          <w:lang w:val="pl-PL"/>
        </w:rPr>
        <w:t>2</w:t>
      </w:r>
      <w:r w:rsidR="00EE6513">
        <w:rPr>
          <w:b/>
          <w:lang w:val="pl-PL"/>
        </w:rPr>
        <w:t>5</w:t>
      </w:r>
      <w:r w:rsidR="00EE6513" w:rsidRPr="00EE6513">
        <w:rPr>
          <w:b/>
          <w:lang w:val="pl-PL"/>
        </w:rPr>
        <w:t>. Jakiego wsparcia lub jakich usług najbardziej brakuje dziś mieszkańcom Gminy Dobiegniew?</w:t>
      </w:r>
    </w:p>
    <w:p w14:paraId="4A7C47A2" w14:textId="40B4B33D" w:rsidR="007755EF" w:rsidRPr="007749B2" w:rsidRDefault="004C3BAD" w:rsidP="00EE6513">
      <w:pPr>
        <w:spacing w:before="140"/>
        <w:rPr>
          <w:lang w:val="pl-PL"/>
        </w:rPr>
      </w:pPr>
      <w:r w:rsidRPr="007749B2">
        <w:rPr>
          <w:lang w:val="pl-PL"/>
        </w:rPr>
        <w:t>........................................................................................................</w:t>
      </w:r>
    </w:p>
    <w:p w14:paraId="1CD4FB47" w14:textId="77777777" w:rsidR="007755EF" w:rsidRPr="007749B2" w:rsidRDefault="004C3BAD">
      <w:pPr>
        <w:rPr>
          <w:lang w:val="pl-PL"/>
        </w:rPr>
      </w:pPr>
      <w:r w:rsidRPr="007749B2">
        <w:rPr>
          <w:lang w:val="pl-PL"/>
        </w:rPr>
        <w:t>.....</w:t>
      </w:r>
      <w:r w:rsidRPr="007749B2">
        <w:rPr>
          <w:lang w:val="pl-PL"/>
        </w:rPr>
        <w:t>...................................................................................................</w:t>
      </w:r>
    </w:p>
    <w:p w14:paraId="071A24F0" w14:textId="77777777" w:rsidR="00FF3044" w:rsidRDefault="00FF3044">
      <w:pPr>
        <w:rPr>
          <w:b/>
          <w:lang w:val="pl-PL"/>
        </w:rPr>
      </w:pPr>
    </w:p>
    <w:p w14:paraId="7BF1DC86" w14:textId="7C2DE0E8" w:rsidR="007755EF" w:rsidRPr="007749B2" w:rsidRDefault="004C3BAD" w:rsidP="00FF3044">
      <w:pPr>
        <w:jc w:val="right"/>
        <w:rPr>
          <w:lang w:val="pl-PL"/>
        </w:rPr>
      </w:pPr>
      <w:r w:rsidRPr="007749B2">
        <w:rPr>
          <w:b/>
          <w:lang w:val="pl-PL"/>
        </w:rPr>
        <w:t>Dziękujemy za udział w badaniu i przekazanie o</w:t>
      </w:r>
      <w:bookmarkStart w:id="0" w:name="_GoBack"/>
      <w:bookmarkEnd w:id="0"/>
      <w:r w:rsidRPr="007749B2">
        <w:rPr>
          <w:b/>
          <w:lang w:val="pl-PL"/>
        </w:rPr>
        <w:t>pinii.</w:t>
      </w:r>
    </w:p>
    <w:sectPr w:rsidR="007755EF" w:rsidRPr="007749B2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C3BAD"/>
    <w:rsid w:val="00546503"/>
    <w:rsid w:val="007749B2"/>
    <w:rsid w:val="007755EF"/>
    <w:rsid w:val="00A04DAA"/>
    <w:rsid w:val="00A70CC1"/>
    <w:rsid w:val="00AA1D8D"/>
    <w:rsid w:val="00B47730"/>
    <w:rsid w:val="00C87333"/>
    <w:rsid w:val="00CB0664"/>
    <w:rsid w:val="00CC7318"/>
    <w:rsid w:val="00D9260B"/>
    <w:rsid w:val="00EE2117"/>
    <w:rsid w:val="00EE6513"/>
    <w:rsid w:val="00FC693F"/>
    <w:rsid w:val="00FF3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F8AB031-567F-4026-B06D-6EB3C507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7E7A930-781B-4C9D-9BEB-E95824BB0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1695</Words>
  <Characters>10173</Characters>
  <Application>Microsoft Office Word</Application>
  <DocSecurity>0</DocSecurity>
  <Lines>84</Lines>
  <Paragraphs>23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11845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2026-11-05T13:22:00Z</dcterms:created>
  <dcterms:modified xsi:type="dcterms:W3CDTF">2026-11-05T13:22:00Z</dcterms:modified>
  <cp:category/>
</cp:coreProperties>
</file>